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29091" w14:textId="1C266B55" w:rsidR="00C77648" w:rsidRPr="00C77648" w:rsidRDefault="00C77648" w:rsidP="00C77648">
      <w:pPr>
        <w:tabs>
          <w:tab w:val="left" w:pos="1065"/>
          <w:tab w:val="left" w:pos="4845"/>
        </w:tabs>
        <w:jc w:val="center"/>
        <w:rPr>
          <w:b/>
          <w:sz w:val="28"/>
          <w:lang w:val="it-IT"/>
        </w:rPr>
      </w:pPr>
      <w:r w:rsidRPr="00C77648">
        <w:rPr>
          <w:rFonts w:ascii="Calibri" w:eastAsia="Times New Roman" w:hAnsi="Calibri" w:cs="Times New Roman"/>
          <w:noProof/>
          <w:lang w:val="it-IT" w:eastAsia="it-IT"/>
        </w:rPr>
        <w:drawing>
          <wp:anchor distT="0" distB="0" distL="114300" distR="114300" simplePos="0" relativeHeight="251685376" behindDoc="0" locked="0" layoutInCell="1" allowOverlap="1" wp14:anchorId="4DF98679" wp14:editId="5B5F2969">
            <wp:simplePos x="0" y="0"/>
            <wp:positionH relativeFrom="margin">
              <wp:posOffset>264159</wp:posOffset>
            </wp:positionH>
            <wp:positionV relativeFrom="paragraph">
              <wp:posOffset>-635</wp:posOffset>
            </wp:positionV>
            <wp:extent cx="828675" cy="828675"/>
            <wp:effectExtent l="0" t="0" r="9525" b="9525"/>
            <wp:wrapNone/>
            <wp:docPr id="1" name="Immagine 1" descr="http://upload.wikimedia.org/wikipedia/it/e/e3/Nocera_Superiore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it/e/e3/Nocera_Superiore-Stemm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Hlk211855798"/>
      <w:r w:rsidRPr="00C77648">
        <w:rPr>
          <w:rFonts w:ascii="Baskerville Old Face" w:eastAsia="Times New Roman" w:hAnsi="Baskerville Old Face" w:cs="Times New Roman"/>
          <w:b/>
          <w:spacing w:val="20"/>
          <w:sz w:val="32"/>
          <w:szCs w:val="32"/>
          <w:lang w:val="it-IT" w:eastAsia="it-IT"/>
        </w:rPr>
        <w:t>CITTÀ DI NOCERA SUPERIORE</w:t>
      </w:r>
    </w:p>
    <w:p w14:paraId="1C90E9B0" w14:textId="77777777" w:rsidR="00C77648" w:rsidRPr="00C77648" w:rsidRDefault="00C77648" w:rsidP="00C77648">
      <w:pPr>
        <w:spacing w:after="0" w:line="80" w:lineRule="atLeast"/>
        <w:jc w:val="center"/>
        <w:rPr>
          <w:rFonts w:ascii="Times New Roman" w:eastAsia="Times New Roman" w:hAnsi="Times New Roman" w:cs="Times New Roman"/>
          <w:spacing w:val="40"/>
          <w:lang w:val="it-IT" w:eastAsia="it-IT"/>
        </w:rPr>
      </w:pPr>
      <w:r w:rsidRPr="00C77648">
        <w:rPr>
          <w:rFonts w:ascii="Times New Roman" w:eastAsia="Times New Roman" w:hAnsi="Times New Roman" w:cs="Times New Roman"/>
          <w:spacing w:val="40"/>
          <w:lang w:val="it-IT" w:eastAsia="it-IT"/>
        </w:rPr>
        <w:t>(Provincia di Salerno)</w:t>
      </w:r>
    </w:p>
    <w:p w14:paraId="6AF33691" w14:textId="0CD34F47" w:rsidR="00DB3DF2" w:rsidRPr="00C77648" w:rsidRDefault="00DB3DF2" w:rsidP="00DB3DF2">
      <w:pPr>
        <w:pStyle w:val="Intestazione"/>
        <w:rPr>
          <w:lang w:val="it-IT"/>
        </w:rPr>
      </w:pPr>
    </w:p>
    <w:p w14:paraId="0F813E48" w14:textId="4E5C6959" w:rsidR="00DB3DF2" w:rsidRPr="00DB3DF2" w:rsidRDefault="00DB3DF2" w:rsidP="00DB3DF2">
      <w:pPr>
        <w:pStyle w:val="Corpotesto"/>
        <w:spacing w:line="14" w:lineRule="auto"/>
        <w:rPr>
          <w:b/>
          <w:sz w:val="20"/>
          <w:lang w:val="it-IT"/>
        </w:rPr>
      </w:pPr>
    </w:p>
    <w:p w14:paraId="4A3B9B59" w14:textId="1189D5BE" w:rsidR="00DB3DF2" w:rsidRDefault="00DB3DF2" w:rsidP="00DB3DF2">
      <w:pPr>
        <w:tabs>
          <w:tab w:val="left" w:pos="195"/>
        </w:tabs>
        <w:rPr>
          <w:b/>
          <w:sz w:val="28"/>
          <w:lang w:val="it-IT"/>
        </w:rPr>
      </w:pPr>
      <w:r>
        <w:rPr>
          <w:b/>
          <w:noProof/>
          <w:sz w:val="20"/>
          <w:lang w:val="it-IT" w:eastAsia="it-IT"/>
        </w:rPr>
        <mc:AlternateContent>
          <mc:Choice Requires="wps">
            <w:drawing>
              <wp:anchor distT="0" distB="0" distL="0" distR="0" simplePos="0" relativeHeight="251683328" behindDoc="1" locked="0" layoutInCell="1" allowOverlap="1" wp14:anchorId="568B9DAE" wp14:editId="4B9A599E">
                <wp:simplePos x="0" y="0"/>
                <wp:positionH relativeFrom="page">
                  <wp:posOffset>2469515</wp:posOffset>
                </wp:positionH>
                <wp:positionV relativeFrom="page">
                  <wp:posOffset>1143635</wp:posOffset>
                </wp:positionV>
                <wp:extent cx="2887980" cy="165735"/>
                <wp:effectExtent l="0" t="0" r="0" b="0"/>
                <wp:wrapNone/>
                <wp:docPr id="55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7980" cy="1657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5064E6" w14:textId="2194FC2F" w:rsidR="00DB3DF2" w:rsidRPr="008036F8" w:rsidRDefault="00DB3DF2" w:rsidP="00DB3DF2">
                            <w:pPr>
                              <w:spacing w:line="245" w:lineRule="exact"/>
                              <w:ind w:left="20"/>
                              <w:rPr>
                                <w:rFonts w:ascii="Calibri" w:hAnsi="Calibri"/>
                                <w:b/>
                                <w:i/>
                                <w:lang w:val="it-IT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8B9DAE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194.45pt;margin-top:90.05pt;width:227.4pt;height:13.05pt;z-index:-25163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" filled="f" stroked="f">
                <v:path arrowok="t"/>
                <v:textbox inset="0,0,0,0">
                  <w:txbxContent>
                    <w:p w14:paraId="695064E6" w14:textId="2194FC2F" w:rsidR="00DB3DF2" w:rsidRPr="008036F8" w:rsidRDefault="00DB3DF2" w:rsidP="00DB3DF2">
                      <w:pPr>
                        <w:spacing w:line="245" w:lineRule="exact"/>
                        <w:ind w:left="20"/>
                        <w:rPr>
                          <w:rFonts w:ascii="Calibri" w:hAnsi="Calibri"/>
                          <w:b/>
                          <w:i/>
                          <w:lang w:val="it-IT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sz w:val="28"/>
          <w:lang w:val="it-IT"/>
        </w:rPr>
        <w:tab/>
      </w:r>
    </w:p>
    <w:bookmarkEnd w:id="0"/>
    <w:p w14:paraId="3973DA9F" w14:textId="153B0E63" w:rsidR="00127569" w:rsidRPr="008036F8" w:rsidRDefault="00AB36ED" w:rsidP="008036F8">
      <w:pPr>
        <w:ind w:left="-709" w:firstLine="709"/>
        <w:rPr>
          <w:sz w:val="20"/>
          <w:szCs w:val="20"/>
          <w:lang w:val="it-IT"/>
        </w:rPr>
      </w:pPr>
      <w:r w:rsidRPr="008036F8">
        <w:rPr>
          <w:b/>
          <w:sz w:val="20"/>
          <w:szCs w:val="20"/>
          <w:lang w:val="it-IT"/>
        </w:rPr>
        <w:t>Allegato 1 – Domanda di partecipazione</w:t>
      </w:r>
    </w:p>
    <w:p w14:paraId="2C96CA2C" w14:textId="26363299" w:rsidR="00127569" w:rsidRPr="008036F8" w:rsidRDefault="008036F8">
      <w:pPr>
        <w:jc w:val="center"/>
        <w:rPr>
          <w:lang w:val="it-IT"/>
        </w:rPr>
      </w:pPr>
      <w:r>
        <w:rPr>
          <w:b/>
          <w:lang w:val="it-IT"/>
        </w:rPr>
        <w:tab/>
      </w:r>
      <w:r>
        <w:rPr>
          <w:b/>
          <w:lang w:val="it-IT"/>
        </w:rPr>
        <w:tab/>
      </w:r>
      <w:r w:rsidR="00DB3DF2">
        <w:rPr>
          <w:b/>
          <w:lang w:val="it-IT"/>
        </w:rPr>
        <w:t xml:space="preserve">                                                                                </w:t>
      </w:r>
      <w:r w:rsidR="00500AE2">
        <w:rPr>
          <w:b/>
          <w:lang w:val="it-IT"/>
        </w:rPr>
        <w:t xml:space="preserve">                  Alla c.a. dell’Area Sociale</w:t>
      </w:r>
    </w:p>
    <w:p w14:paraId="5E9A820F" w14:textId="739F5D45" w:rsidR="00127569" w:rsidRPr="008036F8" w:rsidRDefault="00AB36ED" w:rsidP="008036F8">
      <w:pPr>
        <w:jc w:val="both"/>
        <w:rPr>
          <w:lang w:val="it-IT"/>
        </w:rPr>
      </w:pPr>
      <w:r w:rsidRPr="008036F8">
        <w:rPr>
          <w:lang w:val="it-IT"/>
        </w:rPr>
        <w:t>OGGETTO: Avviso pubblico per l’individuazione di utenti in favore dei quali attivare tirocini di inclusione sociale – Programma GOL (PNRR – M5C1 – Riforma 1.1) – DD RC n. 26810 del 29/09/2025 – CUP B62C21001790006.</w:t>
      </w:r>
    </w:p>
    <w:p w14:paraId="040735E5" w14:textId="77777777" w:rsidR="00127569" w:rsidRPr="008036F8" w:rsidRDefault="00AB36ED">
      <w:pPr>
        <w:rPr>
          <w:lang w:val="it-IT"/>
        </w:rPr>
      </w:pPr>
      <w:r w:rsidRPr="008036F8">
        <w:rPr>
          <w:b/>
          <w:lang w:val="it-IT"/>
        </w:rPr>
        <w:t>DOMANDA DI PARTECIPAZIONE (DPR 445/2000)</w:t>
      </w:r>
    </w:p>
    <w:p w14:paraId="23AB4F56" w14:textId="7555ABB8" w:rsidR="00127569" w:rsidRPr="008036F8" w:rsidRDefault="00AB36ED">
      <w:pPr>
        <w:rPr>
          <w:lang w:val="it-IT"/>
        </w:rPr>
      </w:pPr>
      <w:r w:rsidRPr="008036F8">
        <w:rPr>
          <w:lang w:val="it-IT"/>
        </w:rPr>
        <w:t>Il/La sottoscritto/a ______________________________________________________</w:t>
      </w:r>
      <w:r w:rsidR="007C68F7">
        <w:rPr>
          <w:lang w:val="it-IT"/>
        </w:rPr>
        <w:t>________________________________________</w:t>
      </w:r>
      <w:r w:rsidRPr="008036F8">
        <w:rPr>
          <w:lang w:val="it-IT"/>
        </w:rPr>
        <w:t>__________</w:t>
      </w:r>
      <w:r w:rsidR="007C68F7">
        <w:rPr>
          <w:lang w:val="it-IT"/>
        </w:rPr>
        <w:t>___</w:t>
      </w:r>
      <w:r w:rsidRPr="008036F8">
        <w:rPr>
          <w:lang w:val="it-IT"/>
        </w:rPr>
        <w:t>_</w:t>
      </w:r>
    </w:p>
    <w:p w14:paraId="7E0F521B" w14:textId="72F809EA" w:rsidR="00127569" w:rsidRPr="008036F8" w:rsidRDefault="00AB36ED">
      <w:pPr>
        <w:rPr>
          <w:lang w:val="it-IT"/>
        </w:rPr>
      </w:pPr>
      <w:r w:rsidRPr="008036F8">
        <w:rPr>
          <w:lang w:val="it-IT"/>
        </w:rPr>
        <w:t xml:space="preserve">nato/a </w:t>
      </w:r>
      <w:proofErr w:type="spellStart"/>
      <w:r w:rsidRPr="008036F8">
        <w:rPr>
          <w:lang w:val="it-IT"/>
        </w:rPr>
        <w:t>a</w:t>
      </w:r>
      <w:proofErr w:type="spellEnd"/>
      <w:r w:rsidRPr="008036F8">
        <w:rPr>
          <w:lang w:val="it-IT"/>
        </w:rPr>
        <w:t xml:space="preserve"> ______________________________________ il ___/___/_______ (____) – C.F. ______________________________</w:t>
      </w:r>
      <w:r w:rsidR="00500AE2">
        <w:rPr>
          <w:lang w:val="it-IT"/>
        </w:rPr>
        <w:t>_____________</w:t>
      </w:r>
      <w:r w:rsidR="007C68F7">
        <w:rPr>
          <w:lang w:val="it-IT"/>
        </w:rPr>
        <w:t>__</w:t>
      </w:r>
      <w:r w:rsidR="00500AE2">
        <w:rPr>
          <w:lang w:val="it-IT"/>
        </w:rPr>
        <w:t>_____</w:t>
      </w:r>
    </w:p>
    <w:p w14:paraId="2B21747D" w14:textId="45F0019C" w:rsidR="008036F8" w:rsidRDefault="00AB36ED">
      <w:pPr>
        <w:rPr>
          <w:lang w:val="it-IT"/>
        </w:rPr>
      </w:pPr>
      <w:r w:rsidRPr="008036F8">
        <w:rPr>
          <w:lang w:val="it-IT"/>
        </w:rPr>
        <w:t>residente a _____________________________</w:t>
      </w:r>
      <w:r w:rsidR="008036F8">
        <w:rPr>
          <w:lang w:val="it-IT"/>
        </w:rPr>
        <w:t>_______</w:t>
      </w:r>
      <w:r w:rsidRPr="008036F8">
        <w:rPr>
          <w:lang w:val="it-IT"/>
        </w:rPr>
        <w:t>____</w:t>
      </w:r>
      <w:r w:rsidR="007C68F7">
        <w:rPr>
          <w:lang w:val="it-IT"/>
        </w:rPr>
        <w:t>_______</w:t>
      </w:r>
      <w:r w:rsidRPr="008036F8">
        <w:rPr>
          <w:lang w:val="it-IT"/>
        </w:rPr>
        <w:t xml:space="preserve">__ CAP ________ </w:t>
      </w:r>
      <w:proofErr w:type="spellStart"/>
      <w:r w:rsidRPr="008036F8">
        <w:rPr>
          <w:lang w:val="it-IT"/>
        </w:rPr>
        <w:t>Prov</w:t>
      </w:r>
      <w:proofErr w:type="spellEnd"/>
      <w:r w:rsidRPr="008036F8">
        <w:rPr>
          <w:lang w:val="it-IT"/>
        </w:rPr>
        <w:t xml:space="preserve">. _____ </w:t>
      </w:r>
    </w:p>
    <w:p w14:paraId="2CCDDB08" w14:textId="16997F5E" w:rsidR="00127569" w:rsidRPr="008036F8" w:rsidRDefault="008036F8">
      <w:pPr>
        <w:rPr>
          <w:lang w:val="it-IT"/>
        </w:rPr>
      </w:pPr>
      <w:r>
        <w:rPr>
          <w:lang w:val="it-IT"/>
        </w:rPr>
        <w:t>Indirizzo _____________________________________________________________________________________</w:t>
      </w:r>
      <w:r w:rsidR="00AB36ED" w:rsidRPr="008036F8">
        <w:rPr>
          <w:lang w:val="it-IT"/>
        </w:rPr>
        <w:t>__________________________ n. ____</w:t>
      </w:r>
    </w:p>
    <w:p w14:paraId="25581F75" w14:textId="4AC05F94" w:rsidR="008036F8" w:rsidRDefault="00AB36ED">
      <w:pPr>
        <w:rPr>
          <w:lang w:val="it-IT"/>
        </w:rPr>
      </w:pPr>
      <w:r w:rsidRPr="008036F8">
        <w:rPr>
          <w:lang w:val="it-IT"/>
        </w:rPr>
        <w:t>Tel. ____</w:t>
      </w:r>
      <w:r w:rsidR="008036F8" w:rsidRPr="008036F8">
        <w:rPr>
          <w:lang w:val="it-IT"/>
        </w:rPr>
        <w:t>____________</w:t>
      </w:r>
      <w:r w:rsidRPr="008036F8">
        <w:rPr>
          <w:lang w:val="it-IT"/>
        </w:rPr>
        <w:t>_______________</w:t>
      </w:r>
      <w:r w:rsidR="008036F8" w:rsidRPr="008036F8">
        <w:rPr>
          <w:lang w:val="it-IT"/>
        </w:rPr>
        <w:t>_________________</w:t>
      </w:r>
      <w:r w:rsidRPr="008036F8">
        <w:rPr>
          <w:lang w:val="it-IT"/>
        </w:rPr>
        <w:t xml:space="preserve"> Cell. _____</w:t>
      </w:r>
      <w:r w:rsidR="008036F8">
        <w:rPr>
          <w:lang w:val="it-IT"/>
        </w:rPr>
        <w:t>______________________________________________________</w:t>
      </w:r>
      <w:r w:rsidRPr="008036F8">
        <w:rPr>
          <w:lang w:val="it-IT"/>
        </w:rPr>
        <w:t xml:space="preserve">______________ </w:t>
      </w:r>
    </w:p>
    <w:p w14:paraId="70589A3E" w14:textId="4110C1C5" w:rsidR="00127569" w:rsidRPr="008036F8" w:rsidRDefault="00AB36ED">
      <w:pPr>
        <w:rPr>
          <w:lang w:val="it-IT"/>
        </w:rPr>
      </w:pPr>
      <w:r w:rsidRPr="008036F8">
        <w:rPr>
          <w:lang w:val="it-IT"/>
        </w:rPr>
        <w:t>e-mail ______________________________</w:t>
      </w:r>
      <w:r w:rsidR="00500AE2">
        <w:rPr>
          <w:lang w:val="it-IT"/>
        </w:rPr>
        <w:t>_______________</w:t>
      </w:r>
      <w:r w:rsidR="007C68F7">
        <w:rPr>
          <w:lang w:val="it-IT"/>
        </w:rPr>
        <w:t>______</w:t>
      </w:r>
      <w:r w:rsidR="00500AE2">
        <w:rPr>
          <w:lang w:val="it-IT"/>
        </w:rPr>
        <w:t>_______</w:t>
      </w:r>
      <w:r w:rsidRPr="008036F8">
        <w:rPr>
          <w:lang w:val="it-IT"/>
        </w:rPr>
        <w:t>_ PEC _______________________________</w:t>
      </w:r>
      <w:r w:rsidR="007C68F7">
        <w:rPr>
          <w:lang w:val="it-IT"/>
        </w:rPr>
        <w:t>____________________________</w:t>
      </w:r>
    </w:p>
    <w:p w14:paraId="4763932D" w14:textId="77777777" w:rsidR="00127569" w:rsidRPr="008036F8" w:rsidRDefault="00AB36ED" w:rsidP="008036F8">
      <w:pPr>
        <w:jc w:val="center"/>
        <w:rPr>
          <w:lang w:val="it-IT"/>
        </w:rPr>
      </w:pPr>
      <w:r w:rsidRPr="008036F8">
        <w:rPr>
          <w:b/>
          <w:lang w:val="it-IT"/>
        </w:rPr>
        <w:t>CHIEDE</w:t>
      </w:r>
    </w:p>
    <w:p w14:paraId="5211FA04" w14:textId="21A1A5AE" w:rsidR="00127569" w:rsidRPr="008036F8" w:rsidRDefault="00AB36ED">
      <w:pPr>
        <w:jc w:val="both"/>
        <w:rPr>
          <w:lang w:val="it-IT"/>
        </w:rPr>
      </w:pPr>
      <w:r w:rsidRPr="008036F8">
        <w:rPr>
          <w:lang w:val="it-IT"/>
        </w:rPr>
        <w:t xml:space="preserve">di partecipare all’Avviso </w:t>
      </w:r>
      <w:r w:rsidR="008036F8">
        <w:rPr>
          <w:lang w:val="it-IT"/>
        </w:rPr>
        <w:t>P</w:t>
      </w:r>
      <w:r w:rsidRPr="008036F8">
        <w:rPr>
          <w:lang w:val="it-IT"/>
        </w:rPr>
        <w:t xml:space="preserve">ubblico per la selezione di </w:t>
      </w:r>
      <w:r w:rsidR="00792EF8">
        <w:rPr>
          <w:lang w:val="it-IT"/>
        </w:rPr>
        <w:t xml:space="preserve">beneficiari </w:t>
      </w:r>
      <w:r w:rsidRPr="008036F8">
        <w:rPr>
          <w:lang w:val="it-IT"/>
        </w:rPr>
        <w:t xml:space="preserve">da inserire in tirocini di inclusione sociale (Percorso 4 – GOL) da attivarsi presso il Comune di </w:t>
      </w:r>
      <w:r w:rsidR="00500AE2">
        <w:rPr>
          <w:lang w:val="it-IT"/>
        </w:rPr>
        <w:t xml:space="preserve">Nocera Superiore </w:t>
      </w:r>
      <w:r w:rsidR="008036F8">
        <w:rPr>
          <w:lang w:val="it-IT"/>
        </w:rPr>
        <w:t>(</w:t>
      </w:r>
      <w:r w:rsidR="00606E7E">
        <w:rPr>
          <w:lang w:val="it-IT"/>
        </w:rPr>
        <w:t>SA</w:t>
      </w:r>
      <w:bookmarkStart w:id="1" w:name="_GoBack"/>
      <w:bookmarkEnd w:id="1"/>
      <w:r w:rsidR="00500AE2">
        <w:rPr>
          <w:lang w:val="it-IT"/>
        </w:rPr>
        <w:t>)</w:t>
      </w:r>
      <w:r w:rsidRPr="008036F8">
        <w:rPr>
          <w:lang w:val="it-IT"/>
        </w:rPr>
        <w:t>, ai sensi dell’Avviso GOL Campania 2025 (DD n. 26810/2025).</w:t>
      </w:r>
    </w:p>
    <w:p w14:paraId="30E3198C" w14:textId="72C257DC" w:rsidR="00127569" w:rsidRPr="008036F8" w:rsidRDefault="00AB36ED">
      <w:pPr>
        <w:rPr>
          <w:lang w:val="it-IT"/>
        </w:rPr>
      </w:pPr>
      <w:r w:rsidRPr="008036F8">
        <w:rPr>
          <w:lang w:val="it-IT"/>
        </w:rPr>
        <w:t>Ai sensi e per gli effetti degli artt. 46 e 47 del D.P.45/2000, sotto la propria responsabilità e consapevole delle sanzioni penali di cui all’art. 76 del medesimo D.P.R.,</w:t>
      </w:r>
      <w:r w:rsidR="00792EF8">
        <w:rPr>
          <w:lang w:val="it-IT"/>
        </w:rPr>
        <w:t xml:space="preserve"> </w:t>
      </w:r>
      <w:r w:rsidRPr="008036F8">
        <w:rPr>
          <w:b/>
          <w:lang w:val="it-IT"/>
        </w:rPr>
        <w:t>DICHIARA (barrare le caselle pertinenti)</w:t>
      </w:r>
    </w:p>
    <w:p w14:paraId="2E7C6BE6" w14:textId="77777777" w:rsidR="00127569" w:rsidRPr="008036F8" w:rsidRDefault="00AB36ED" w:rsidP="00792EF8">
      <w:pPr>
        <w:spacing w:after="0" w:line="240" w:lineRule="auto"/>
        <w:rPr>
          <w:lang w:val="it-IT"/>
        </w:rPr>
      </w:pPr>
      <w:r w:rsidRPr="008036F8">
        <w:rPr>
          <w:b/>
          <w:lang w:val="it-IT"/>
        </w:rPr>
        <w:t>Requisiti generali</w:t>
      </w:r>
    </w:p>
    <w:p w14:paraId="76442946" w14:textId="77777777" w:rsidR="00127569" w:rsidRPr="008036F8" w:rsidRDefault="00AB36ED" w:rsidP="00792EF8">
      <w:pPr>
        <w:spacing w:after="0" w:line="240" w:lineRule="auto"/>
        <w:rPr>
          <w:lang w:val="it-IT"/>
        </w:rPr>
      </w:pPr>
      <w:r w:rsidRPr="008036F8">
        <w:rPr>
          <w:lang w:val="it-IT"/>
        </w:rPr>
        <w:t>☐ di essere cittadino/a: ☐ italiano/</w:t>
      </w:r>
      <w:proofErr w:type="gramStart"/>
      <w:r w:rsidRPr="008036F8">
        <w:rPr>
          <w:lang w:val="it-IT"/>
        </w:rPr>
        <w:t>a  ☐</w:t>
      </w:r>
      <w:proofErr w:type="gramEnd"/>
      <w:r w:rsidRPr="008036F8">
        <w:rPr>
          <w:lang w:val="it-IT"/>
        </w:rPr>
        <w:t xml:space="preserve"> UE (Stato: ____________________)  ☐ extra-UE con titolo di soggiorno valido;</w:t>
      </w:r>
    </w:p>
    <w:p w14:paraId="2FF050A7" w14:textId="77777777" w:rsidR="00127569" w:rsidRPr="008036F8" w:rsidRDefault="00AB36ED" w:rsidP="00792EF8">
      <w:pPr>
        <w:spacing w:after="0" w:line="240" w:lineRule="auto"/>
        <w:rPr>
          <w:lang w:val="it-IT"/>
        </w:rPr>
      </w:pPr>
      <w:r w:rsidRPr="008036F8">
        <w:rPr>
          <w:lang w:val="it-IT"/>
        </w:rPr>
        <w:t xml:space="preserve">☐ </w:t>
      </w:r>
      <w:bookmarkStart w:id="2" w:name="_Hlk211857424"/>
      <w:r w:rsidRPr="008036F8">
        <w:rPr>
          <w:lang w:val="it-IT"/>
        </w:rPr>
        <w:t>di godere dei diritti civili e politici;</w:t>
      </w:r>
    </w:p>
    <w:p w14:paraId="3152D1A3" w14:textId="3000F5FF" w:rsidR="00127569" w:rsidRPr="008036F8" w:rsidRDefault="00AB36ED" w:rsidP="00792EF8">
      <w:pPr>
        <w:spacing w:after="0" w:line="240" w:lineRule="auto"/>
        <w:rPr>
          <w:lang w:val="it-IT"/>
        </w:rPr>
      </w:pPr>
      <w:r w:rsidRPr="008036F8">
        <w:rPr>
          <w:lang w:val="it-IT"/>
        </w:rPr>
        <w:t xml:space="preserve">☐ di avere età </w:t>
      </w:r>
      <w:r w:rsidR="00792EF8">
        <w:rPr>
          <w:lang w:val="it-IT"/>
        </w:rPr>
        <w:t>compresa tra i 1</w:t>
      </w:r>
      <w:r w:rsidRPr="008036F8">
        <w:rPr>
          <w:lang w:val="it-IT"/>
        </w:rPr>
        <w:t>8 anni</w:t>
      </w:r>
      <w:r w:rsidR="00792EF8">
        <w:rPr>
          <w:lang w:val="it-IT"/>
        </w:rPr>
        <w:t>, compiuti, ed i 65 anni, con compiuti, ovvero _____________________</w:t>
      </w:r>
      <w:r w:rsidRPr="008036F8">
        <w:rPr>
          <w:lang w:val="it-IT"/>
        </w:rPr>
        <w:t>;</w:t>
      </w:r>
    </w:p>
    <w:p w14:paraId="5141322E" w14:textId="77777777" w:rsidR="00127569" w:rsidRPr="008036F8" w:rsidRDefault="00AB36ED" w:rsidP="00792EF8">
      <w:pPr>
        <w:spacing w:after="0" w:line="240" w:lineRule="auto"/>
        <w:rPr>
          <w:lang w:val="it-IT"/>
        </w:rPr>
      </w:pPr>
      <w:r w:rsidRPr="008036F8">
        <w:rPr>
          <w:lang w:val="it-IT"/>
        </w:rPr>
        <w:t>☐ di essere residente/domiciliato/a in Campania;</w:t>
      </w:r>
    </w:p>
    <w:p w14:paraId="4D2EF1FE" w14:textId="77777777" w:rsidR="00127569" w:rsidRPr="008036F8" w:rsidRDefault="00AB36ED" w:rsidP="00792EF8">
      <w:pPr>
        <w:spacing w:after="0" w:line="240" w:lineRule="auto"/>
        <w:rPr>
          <w:lang w:val="it-IT"/>
        </w:rPr>
      </w:pPr>
      <w:r w:rsidRPr="008036F8">
        <w:rPr>
          <w:lang w:val="it-IT"/>
        </w:rPr>
        <w:t>☐ di essere in stato di disoccupazione/inoccupazione alla data di presentazione della domanda;</w:t>
      </w:r>
    </w:p>
    <w:p w14:paraId="711F2D5C" w14:textId="77777777" w:rsidR="005173C4" w:rsidRDefault="00AB36ED" w:rsidP="005173C4">
      <w:pPr>
        <w:spacing w:after="0" w:line="240" w:lineRule="auto"/>
        <w:rPr>
          <w:lang w:val="it-IT"/>
        </w:rPr>
      </w:pPr>
      <w:r w:rsidRPr="008036F8">
        <w:rPr>
          <w:rFonts w:ascii="Segoe UI Symbol" w:hAnsi="Segoe UI Symbol" w:cs="Segoe UI Symbol"/>
          <w:lang w:val="it-IT"/>
        </w:rPr>
        <w:t>☐</w:t>
      </w:r>
      <w:r w:rsidRPr="008036F8">
        <w:rPr>
          <w:lang w:val="it-IT"/>
        </w:rPr>
        <w:t xml:space="preserve"> di essere in possesso di SPID e/o CIE per l’accesso ai servizi digitali.</w:t>
      </w:r>
    </w:p>
    <w:p w14:paraId="4D3C7954" w14:textId="2B5D4673" w:rsidR="005173C4" w:rsidRPr="005173C4" w:rsidRDefault="005173C4" w:rsidP="005173C4">
      <w:pPr>
        <w:spacing w:after="0" w:line="240" w:lineRule="auto"/>
        <w:rPr>
          <w:lang w:val="it-IT"/>
        </w:rPr>
      </w:pPr>
      <w:r w:rsidRPr="008036F8">
        <w:rPr>
          <w:rFonts w:ascii="Segoe UI Symbol" w:hAnsi="Segoe UI Symbol" w:cs="Segoe UI Symbol"/>
          <w:lang w:val="it-IT"/>
        </w:rPr>
        <w:t>☐</w:t>
      </w:r>
      <w:r>
        <w:rPr>
          <w:rFonts w:ascii="Segoe UI Symbol" w:hAnsi="Segoe UI Symbol" w:cs="Segoe UI Symbol"/>
          <w:lang w:val="it-IT"/>
        </w:rPr>
        <w:t xml:space="preserve"> di non avere </w:t>
      </w:r>
      <w:r w:rsidRPr="005173C4">
        <w:rPr>
          <w:lang w:val="it-IT"/>
        </w:rPr>
        <w:t xml:space="preserve">con il rappresentante legale del soggetto ospitante vincoli di parentela entro il terzo grado e affini ai sensi della nota del Ministero del Lavoro n. 7435 del 03/04/2015 e successive integrazioni. </w:t>
      </w:r>
    </w:p>
    <w:bookmarkEnd w:id="2"/>
    <w:p w14:paraId="1A345ACF" w14:textId="77777777" w:rsidR="00127569" w:rsidRPr="008036F8" w:rsidRDefault="00127569">
      <w:pPr>
        <w:spacing w:after="12"/>
        <w:rPr>
          <w:lang w:val="it-IT"/>
        </w:rPr>
      </w:pPr>
    </w:p>
    <w:p w14:paraId="658C67E7" w14:textId="77777777" w:rsidR="00127569" w:rsidRPr="008036F8" w:rsidRDefault="00AB36ED" w:rsidP="00F94EEC">
      <w:pPr>
        <w:spacing w:after="0" w:line="240" w:lineRule="auto"/>
        <w:rPr>
          <w:lang w:val="it-IT"/>
        </w:rPr>
      </w:pPr>
      <w:r w:rsidRPr="008036F8">
        <w:rPr>
          <w:b/>
          <w:lang w:val="it-IT"/>
        </w:rPr>
        <w:t>Requisiti specifici per i tirocini di inclusione (entrambi obbligatori)</w:t>
      </w:r>
    </w:p>
    <w:p w14:paraId="567AE54E" w14:textId="77777777" w:rsidR="00127569" w:rsidRPr="008036F8" w:rsidRDefault="00AB36ED" w:rsidP="00F94EEC">
      <w:pPr>
        <w:spacing w:after="0" w:line="240" w:lineRule="auto"/>
        <w:rPr>
          <w:lang w:val="it-IT"/>
        </w:rPr>
      </w:pPr>
      <w:r w:rsidRPr="008036F8">
        <w:rPr>
          <w:lang w:val="it-IT"/>
        </w:rPr>
        <w:t xml:space="preserve">☐ di essere stato/a inserito/a nel Percorso 4 – Lavoro e inclusione del Programma GOL, a seguito di </w:t>
      </w:r>
      <w:proofErr w:type="spellStart"/>
      <w:r w:rsidRPr="008036F8">
        <w:rPr>
          <w:lang w:val="it-IT"/>
        </w:rPr>
        <w:t>assessment</w:t>
      </w:r>
      <w:proofErr w:type="spellEnd"/>
      <w:r w:rsidRPr="008036F8">
        <w:rPr>
          <w:lang w:val="it-IT"/>
        </w:rPr>
        <w:t xml:space="preserve"> del Centro per l’Impiego territorialmente competente (indicare CPI: _____________________________);</w:t>
      </w:r>
    </w:p>
    <w:p w14:paraId="6D8DDF65" w14:textId="77777777" w:rsidR="00F94EEC" w:rsidRDefault="00AB36ED" w:rsidP="00F94EEC">
      <w:pPr>
        <w:spacing w:after="0" w:line="240" w:lineRule="auto"/>
        <w:rPr>
          <w:lang w:val="it-IT"/>
        </w:rPr>
      </w:pPr>
      <w:r w:rsidRPr="008036F8">
        <w:rPr>
          <w:lang w:val="it-IT"/>
        </w:rPr>
        <w:t>☐ di essere preso/</w:t>
      </w:r>
      <w:proofErr w:type="spellStart"/>
      <w:r w:rsidRPr="008036F8">
        <w:rPr>
          <w:lang w:val="it-IT"/>
        </w:rPr>
        <w:t>a</w:t>
      </w:r>
      <w:proofErr w:type="spellEnd"/>
      <w:r w:rsidRPr="008036F8">
        <w:rPr>
          <w:lang w:val="it-IT"/>
        </w:rPr>
        <w:t xml:space="preserve"> in carico dal Servizio sociale professionale e/o servizi sociosanitari </w:t>
      </w:r>
    </w:p>
    <w:p w14:paraId="43BBB9C0" w14:textId="748D02B4" w:rsidR="00127569" w:rsidRPr="008036F8" w:rsidRDefault="00AB36ED" w:rsidP="00F94EEC">
      <w:pPr>
        <w:spacing w:after="0" w:line="240" w:lineRule="auto"/>
        <w:rPr>
          <w:lang w:val="it-IT"/>
        </w:rPr>
      </w:pPr>
      <w:r w:rsidRPr="008036F8">
        <w:rPr>
          <w:lang w:val="it-IT"/>
        </w:rPr>
        <w:t>(indicare Ente/Servizio: ________</w:t>
      </w:r>
      <w:r w:rsidR="00F94EEC">
        <w:rPr>
          <w:lang w:val="it-IT"/>
        </w:rPr>
        <w:t>____________________________________________________________</w:t>
      </w:r>
      <w:r w:rsidRPr="008036F8">
        <w:rPr>
          <w:lang w:val="it-IT"/>
        </w:rPr>
        <w:t>____________________________________).</w:t>
      </w:r>
    </w:p>
    <w:p w14:paraId="2C7B0CB9" w14:textId="77777777" w:rsidR="00F94EEC" w:rsidRDefault="00F94EEC" w:rsidP="00F94EEC">
      <w:pPr>
        <w:spacing w:after="0" w:line="240" w:lineRule="auto"/>
        <w:rPr>
          <w:b/>
          <w:lang w:val="it-IT"/>
        </w:rPr>
      </w:pPr>
    </w:p>
    <w:p w14:paraId="5F8BBF34" w14:textId="385FBD94" w:rsidR="00F94EEC" w:rsidRDefault="00AB36ED" w:rsidP="00F94EEC">
      <w:pPr>
        <w:spacing w:after="0" w:line="240" w:lineRule="auto"/>
        <w:rPr>
          <w:b/>
          <w:lang w:val="it-IT"/>
        </w:rPr>
      </w:pPr>
      <w:r w:rsidRPr="008036F8">
        <w:rPr>
          <w:b/>
          <w:lang w:val="it-IT"/>
        </w:rPr>
        <w:t xml:space="preserve">Altre informazioni utili </w:t>
      </w:r>
      <w:r w:rsidR="00F94EEC">
        <w:rPr>
          <w:b/>
          <w:lang w:val="it-IT"/>
        </w:rPr>
        <w:t>alla valutazione</w:t>
      </w:r>
    </w:p>
    <w:p w14:paraId="768017A0" w14:textId="32738092" w:rsidR="00127569" w:rsidRPr="008036F8" w:rsidRDefault="00AB36ED" w:rsidP="00F94EEC">
      <w:pPr>
        <w:spacing w:after="0" w:line="240" w:lineRule="auto"/>
        <w:rPr>
          <w:lang w:val="it-IT"/>
        </w:rPr>
      </w:pPr>
      <w:r w:rsidRPr="008036F8">
        <w:rPr>
          <w:lang w:val="it-IT"/>
        </w:rPr>
        <w:t>Titolo di studio: _______________________________________________________</w:t>
      </w:r>
      <w:r w:rsidR="00F94EEC">
        <w:rPr>
          <w:lang w:val="it-IT"/>
        </w:rPr>
        <w:t>______________________________________________________</w:t>
      </w:r>
      <w:r w:rsidRPr="008036F8">
        <w:rPr>
          <w:lang w:val="it-IT"/>
        </w:rPr>
        <w:t>;</w:t>
      </w:r>
    </w:p>
    <w:p w14:paraId="465D0B1A" w14:textId="77777777" w:rsidR="00F94EEC" w:rsidRDefault="00F94EEC" w:rsidP="00F94EEC">
      <w:pPr>
        <w:spacing w:after="0" w:line="240" w:lineRule="auto"/>
        <w:rPr>
          <w:lang w:val="it-IT"/>
        </w:rPr>
      </w:pPr>
    </w:p>
    <w:p w14:paraId="4AF25070" w14:textId="35DEFB57" w:rsidR="00F94EEC" w:rsidRDefault="00F94EEC" w:rsidP="00F94EEC">
      <w:pPr>
        <w:spacing w:after="0" w:line="240" w:lineRule="auto"/>
        <w:rPr>
          <w:lang w:val="it-IT"/>
        </w:rPr>
      </w:pPr>
      <w:r>
        <w:rPr>
          <w:lang w:val="it-IT"/>
        </w:rPr>
        <w:t xml:space="preserve">Qualifiche: ___________________________________________________________________________________________________________________; </w:t>
      </w:r>
    </w:p>
    <w:p w14:paraId="0A251F54" w14:textId="77777777" w:rsidR="00F94EEC" w:rsidRDefault="00F94EEC" w:rsidP="00F94EEC">
      <w:pPr>
        <w:spacing w:after="0" w:line="240" w:lineRule="auto"/>
        <w:rPr>
          <w:lang w:val="it-IT"/>
        </w:rPr>
      </w:pPr>
    </w:p>
    <w:p w14:paraId="653A86BD" w14:textId="07956A8C" w:rsidR="00F94EEC" w:rsidRDefault="00F94EEC" w:rsidP="00F94EEC">
      <w:pPr>
        <w:spacing w:after="0" w:line="240" w:lineRule="auto"/>
        <w:rPr>
          <w:lang w:val="it-IT"/>
        </w:rPr>
      </w:pPr>
      <w:r>
        <w:rPr>
          <w:lang w:val="it-IT"/>
        </w:rPr>
        <w:t xml:space="preserve">Esperienze lavorative ______________________________________________________________________________________________________; </w:t>
      </w:r>
    </w:p>
    <w:p w14:paraId="4D6DA50D" w14:textId="77777777" w:rsidR="00F94EEC" w:rsidRDefault="00F94EEC" w:rsidP="00F94EEC">
      <w:pPr>
        <w:spacing w:after="0" w:line="240" w:lineRule="auto"/>
        <w:rPr>
          <w:lang w:val="it-IT"/>
        </w:rPr>
      </w:pPr>
    </w:p>
    <w:p w14:paraId="0070D88B" w14:textId="77777777" w:rsidR="00DB3DF2" w:rsidRPr="00DB3DF2" w:rsidRDefault="00F94EEC" w:rsidP="00F94EEC">
      <w:pPr>
        <w:spacing w:after="0" w:line="240" w:lineRule="auto"/>
        <w:rPr>
          <w:b/>
          <w:lang w:val="it-IT"/>
        </w:rPr>
      </w:pPr>
      <w:r w:rsidRPr="00DB3DF2">
        <w:rPr>
          <w:b/>
          <w:lang w:val="it-IT"/>
        </w:rPr>
        <w:t xml:space="preserve">Competenze: </w:t>
      </w:r>
    </w:p>
    <w:p w14:paraId="3FCF4CE4" w14:textId="77777777" w:rsidR="00DB3DF2" w:rsidRDefault="00F94EEC" w:rsidP="00F94EEC">
      <w:pPr>
        <w:spacing w:after="0" w:line="240" w:lineRule="auto"/>
        <w:rPr>
          <w:lang w:val="it-IT"/>
        </w:rPr>
      </w:pPr>
      <w:r w:rsidRPr="008036F8">
        <w:rPr>
          <w:lang w:val="it-IT"/>
        </w:rPr>
        <w:t>☐</w:t>
      </w:r>
      <w:r>
        <w:rPr>
          <w:lang w:val="it-IT"/>
        </w:rPr>
        <w:t xml:space="preserve"> nessuna  </w:t>
      </w:r>
    </w:p>
    <w:p w14:paraId="1BD5FA3B" w14:textId="6CC20BDD" w:rsidR="00DB3DF2" w:rsidRDefault="00F94EEC" w:rsidP="00F94EEC">
      <w:pPr>
        <w:spacing w:after="0" w:line="240" w:lineRule="auto"/>
        <w:rPr>
          <w:lang w:val="it-IT"/>
        </w:rPr>
      </w:pPr>
      <w:r w:rsidRPr="008036F8">
        <w:rPr>
          <w:lang w:val="it-IT"/>
        </w:rPr>
        <w:t>☐</w:t>
      </w:r>
      <w:r>
        <w:rPr>
          <w:lang w:val="it-IT"/>
        </w:rPr>
        <w:t xml:space="preserve"> manuali</w:t>
      </w:r>
      <w:r w:rsidR="00DB3DF2">
        <w:rPr>
          <w:lang w:val="it-IT"/>
        </w:rPr>
        <w:t xml:space="preserve"> ___________________________________________</w:t>
      </w:r>
    </w:p>
    <w:p w14:paraId="39C3FB67" w14:textId="04ADA5AA" w:rsidR="00DB3DF2" w:rsidRDefault="00F94EEC" w:rsidP="00F94EEC">
      <w:pPr>
        <w:spacing w:after="0" w:line="240" w:lineRule="auto"/>
        <w:rPr>
          <w:lang w:val="it-IT"/>
        </w:rPr>
      </w:pPr>
      <w:r w:rsidRPr="008036F8">
        <w:rPr>
          <w:lang w:val="it-IT"/>
        </w:rPr>
        <w:t>☐</w:t>
      </w:r>
      <w:r>
        <w:rPr>
          <w:lang w:val="it-IT"/>
        </w:rPr>
        <w:t xml:space="preserve"> giardinaggio e manutenzione del verde </w:t>
      </w:r>
    </w:p>
    <w:p w14:paraId="760C3D09" w14:textId="77777777" w:rsidR="00DB3DF2" w:rsidRDefault="00F94EEC" w:rsidP="00F94EEC">
      <w:pPr>
        <w:spacing w:after="0" w:line="240" w:lineRule="auto"/>
        <w:rPr>
          <w:lang w:val="it-IT"/>
        </w:rPr>
      </w:pPr>
      <w:r w:rsidRPr="008036F8">
        <w:rPr>
          <w:lang w:val="it-IT"/>
        </w:rPr>
        <w:t>☐</w:t>
      </w:r>
      <w:r>
        <w:rPr>
          <w:lang w:val="it-IT"/>
        </w:rPr>
        <w:t xml:space="preserve"> socio-assistenziali </w:t>
      </w:r>
    </w:p>
    <w:p w14:paraId="707DF7E3" w14:textId="1FB8C073" w:rsidR="00F94EEC" w:rsidRDefault="00F94EEC" w:rsidP="00F94EEC">
      <w:pPr>
        <w:spacing w:after="0" w:line="240" w:lineRule="auto"/>
        <w:rPr>
          <w:lang w:val="it-IT"/>
        </w:rPr>
      </w:pPr>
      <w:r w:rsidRPr="008036F8">
        <w:rPr>
          <w:lang w:val="it-IT"/>
        </w:rPr>
        <w:t>☐</w:t>
      </w:r>
      <w:r w:rsidR="0043372A">
        <w:rPr>
          <w:lang w:val="it-IT"/>
        </w:rPr>
        <w:t xml:space="preserve"> altro, specificare______________________________________</w:t>
      </w:r>
    </w:p>
    <w:p w14:paraId="119FA91A" w14:textId="77777777" w:rsidR="00F94EEC" w:rsidRDefault="00F94EEC" w:rsidP="00F94EEC">
      <w:pPr>
        <w:spacing w:after="0" w:line="240" w:lineRule="auto"/>
        <w:rPr>
          <w:lang w:val="it-IT"/>
        </w:rPr>
      </w:pPr>
    </w:p>
    <w:p w14:paraId="2B173D80" w14:textId="7A7FBDC2" w:rsidR="00127569" w:rsidRPr="008036F8" w:rsidRDefault="00AB36ED" w:rsidP="00F94EEC">
      <w:pPr>
        <w:spacing w:after="0" w:line="240" w:lineRule="auto"/>
        <w:rPr>
          <w:lang w:val="it-IT"/>
        </w:rPr>
      </w:pPr>
      <w:r w:rsidRPr="00DB3DF2">
        <w:rPr>
          <w:b/>
          <w:lang w:val="it-IT"/>
        </w:rPr>
        <w:t>ISEE</w:t>
      </w:r>
      <w:r w:rsidRPr="008036F8">
        <w:rPr>
          <w:lang w:val="it-IT"/>
        </w:rPr>
        <w:t xml:space="preserve"> in corso di validità pari a € ___________________;</w:t>
      </w:r>
    </w:p>
    <w:p w14:paraId="7CCE76AB" w14:textId="77777777" w:rsidR="00F94EEC" w:rsidRDefault="00F94EEC" w:rsidP="00F94EEC">
      <w:pPr>
        <w:spacing w:after="0" w:line="240" w:lineRule="auto"/>
        <w:rPr>
          <w:lang w:val="it-IT"/>
        </w:rPr>
      </w:pPr>
    </w:p>
    <w:p w14:paraId="359F3264" w14:textId="1E959D3A" w:rsidR="00127569" w:rsidRPr="008036F8" w:rsidRDefault="00F94EEC" w:rsidP="00F94EEC">
      <w:pPr>
        <w:spacing w:after="0" w:line="240" w:lineRule="auto"/>
        <w:rPr>
          <w:lang w:val="it-IT"/>
        </w:rPr>
      </w:pPr>
      <w:r>
        <w:rPr>
          <w:lang w:val="it-IT"/>
        </w:rPr>
        <w:t>N.  ___________ c</w:t>
      </w:r>
      <w:r w:rsidR="00AB36ED" w:rsidRPr="008036F8">
        <w:rPr>
          <w:lang w:val="it-IT"/>
        </w:rPr>
        <w:t>omposizione nucleo familiare</w:t>
      </w:r>
      <w:r>
        <w:rPr>
          <w:lang w:val="it-IT"/>
        </w:rPr>
        <w:t xml:space="preserve">, di cui minori _______________, di cui persone con disabilità ________________; </w:t>
      </w:r>
    </w:p>
    <w:p w14:paraId="00D3F8B3" w14:textId="6CBD8705" w:rsidR="00F94EEC" w:rsidRDefault="00F94EEC" w:rsidP="00F94EEC">
      <w:pPr>
        <w:spacing w:after="0" w:line="240" w:lineRule="auto"/>
        <w:rPr>
          <w:lang w:val="it-IT"/>
        </w:rPr>
      </w:pPr>
    </w:p>
    <w:p w14:paraId="3DF1B990" w14:textId="65F940BE" w:rsidR="00F94EEC" w:rsidRDefault="00F94EEC" w:rsidP="00F94EEC">
      <w:pPr>
        <w:spacing w:after="0" w:line="240" w:lineRule="auto"/>
        <w:rPr>
          <w:lang w:val="it-IT"/>
        </w:rPr>
      </w:pPr>
      <w:r>
        <w:rPr>
          <w:lang w:val="it-IT"/>
        </w:rPr>
        <w:t xml:space="preserve">Condizione personale </w:t>
      </w:r>
    </w:p>
    <w:p w14:paraId="7C77DBA3" w14:textId="553A0DCA" w:rsidR="00F94EEC" w:rsidRDefault="00AB36ED" w:rsidP="00F94EEC">
      <w:pPr>
        <w:spacing w:after="0" w:line="240" w:lineRule="auto"/>
        <w:rPr>
          <w:lang w:val="it-IT"/>
        </w:rPr>
      </w:pPr>
      <w:r w:rsidRPr="008036F8">
        <w:rPr>
          <w:lang w:val="it-IT"/>
        </w:rPr>
        <w:t xml:space="preserve">☐ invalidità riconosciuta ___% </w:t>
      </w:r>
      <w:r w:rsidR="00F94EEC" w:rsidRPr="008036F8">
        <w:rPr>
          <w:lang w:val="it-IT"/>
        </w:rPr>
        <w:t xml:space="preserve">☐ </w:t>
      </w:r>
      <w:r w:rsidR="00F94EEC">
        <w:rPr>
          <w:lang w:val="it-IT"/>
        </w:rPr>
        <w:t xml:space="preserve">certificazione 104/92 art. 3, </w:t>
      </w:r>
      <w:r w:rsidR="00F94EEC" w:rsidRPr="008036F8">
        <w:rPr>
          <w:lang w:val="it-IT"/>
        </w:rPr>
        <w:t xml:space="preserve">☐ </w:t>
      </w:r>
      <w:r w:rsidR="00F94EEC">
        <w:rPr>
          <w:lang w:val="it-IT"/>
        </w:rPr>
        <w:t xml:space="preserve">comma 1, oppure </w:t>
      </w:r>
      <w:r w:rsidR="00F94EEC" w:rsidRPr="008036F8">
        <w:rPr>
          <w:lang w:val="it-IT"/>
        </w:rPr>
        <w:t>☐</w:t>
      </w:r>
      <w:r w:rsidR="00F94EEC">
        <w:rPr>
          <w:lang w:val="it-IT"/>
        </w:rPr>
        <w:t xml:space="preserve"> comma 3; </w:t>
      </w:r>
    </w:p>
    <w:p w14:paraId="2F2FCF3B" w14:textId="0895961B" w:rsidR="00F94EEC" w:rsidRDefault="00F94EEC" w:rsidP="00F94EEC">
      <w:pPr>
        <w:spacing w:after="0" w:line="240" w:lineRule="auto"/>
        <w:rPr>
          <w:lang w:val="it-IT"/>
        </w:rPr>
      </w:pPr>
      <w:r w:rsidRPr="008036F8">
        <w:rPr>
          <w:lang w:val="it-IT"/>
        </w:rPr>
        <w:t>☐</w:t>
      </w:r>
      <w:r>
        <w:rPr>
          <w:lang w:val="it-IT"/>
        </w:rPr>
        <w:t xml:space="preserve"> altro di significativo da segnalare rispetto alla propria condizione _______________________________________________________</w:t>
      </w:r>
    </w:p>
    <w:p w14:paraId="6DAC3138" w14:textId="0F0D9DD5" w:rsidR="00F94EEC" w:rsidRDefault="00F94EEC" w:rsidP="00F94EEC">
      <w:pPr>
        <w:spacing w:after="0" w:line="240" w:lineRule="auto"/>
        <w:rPr>
          <w:lang w:val="it-IT"/>
        </w:rPr>
      </w:pPr>
      <w:r w:rsidRPr="008036F8">
        <w:rPr>
          <w:lang w:val="it-IT"/>
        </w:rPr>
        <w:t>☐</w:t>
      </w:r>
      <w:r>
        <w:rPr>
          <w:lang w:val="it-IT"/>
        </w:rPr>
        <w:t xml:space="preserve"> Percettore ADI </w:t>
      </w:r>
    </w:p>
    <w:p w14:paraId="186CC095" w14:textId="77777777" w:rsidR="00F94EEC" w:rsidRDefault="00F94EEC" w:rsidP="00F94EEC">
      <w:pPr>
        <w:spacing w:after="0" w:line="240" w:lineRule="auto"/>
        <w:rPr>
          <w:lang w:val="it-IT"/>
        </w:rPr>
      </w:pPr>
    </w:p>
    <w:p w14:paraId="753D8433" w14:textId="77777777" w:rsidR="00127569" w:rsidRPr="008036F8" w:rsidRDefault="00AB36ED" w:rsidP="00F94EEC">
      <w:pPr>
        <w:spacing w:after="0" w:line="240" w:lineRule="auto"/>
        <w:rPr>
          <w:lang w:val="it-IT"/>
        </w:rPr>
      </w:pPr>
      <w:r w:rsidRPr="008036F8">
        <w:rPr>
          <w:b/>
          <w:lang w:val="it-IT"/>
        </w:rPr>
        <w:t>Consenso e impegni</w:t>
      </w:r>
    </w:p>
    <w:p w14:paraId="5405840C" w14:textId="77777777" w:rsidR="00127569" w:rsidRPr="008036F8" w:rsidRDefault="00AB36ED" w:rsidP="00930EE7">
      <w:pPr>
        <w:spacing w:after="0" w:line="240" w:lineRule="auto"/>
        <w:jc w:val="both"/>
        <w:rPr>
          <w:lang w:val="it-IT"/>
        </w:rPr>
      </w:pPr>
      <w:r w:rsidRPr="008036F8">
        <w:rPr>
          <w:lang w:val="it-IT"/>
        </w:rPr>
        <w:t>☐ di aver preso visione dell’Avviso comunale e di accettarne integralmente i contenuti;</w:t>
      </w:r>
    </w:p>
    <w:p w14:paraId="72A7B35F" w14:textId="6CACBF0E" w:rsidR="00127569" w:rsidRDefault="00AB36ED" w:rsidP="00930EE7">
      <w:pPr>
        <w:spacing w:after="0" w:line="240" w:lineRule="auto"/>
        <w:jc w:val="both"/>
        <w:rPr>
          <w:lang w:val="it-IT"/>
        </w:rPr>
      </w:pPr>
      <w:r w:rsidRPr="008036F8">
        <w:rPr>
          <w:lang w:val="it-IT"/>
        </w:rPr>
        <w:t xml:space="preserve">☐ di essere informato/a che i tirocini di inclusione hanno durata </w:t>
      </w:r>
      <w:r w:rsidR="00DB3DF2">
        <w:rPr>
          <w:lang w:val="it-IT"/>
        </w:rPr>
        <w:t xml:space="preserve">massima dai 9 ai 6 mesi </w:t>
      </w:r>
      <w:r w:rsidRPr="008036F8">
        <w:rPr>
          <w:lang w:val="it-IT"/>
        </w:rPr>
        <w:t>e, ai sensi dell’Avviso, devono essere avviati entro il 31/12/2025 e conclusi entro il 30/06/2026;</w:t>
      </w:r>
    </w:p>
    <w:p w14:paraId="3A2A6031" w14:textId="33049B72" w:rsidR="00DB3DF2" w:rsidRDefault="00DB3DF2" w:rsidP="00930EE7">
      <w:pPr>
        <w:spacing w:after="0" w:line="240" w:lineRule="auto"/>
        <w:jc w:val="both"/>
        <w:rPr>
          <w:lang w:val="it-IT"/>
        </w:rPr>
      </w:pPr>
      <w:r w:rsidRPr="008036F8">
        <w:rPr>
          <w:lang w:val="it-IT"/>
        </w:rPr>
        <w:t>☐</w:t>
      </w:r>
      <w:r>
        <w:rPr>
          <w:lang w:val="it-IT"/>
        </w:rPr>
        <w:t xml:space="preserve"> di essere consapevole dell’impegno settimanale di n. 20/h, da svolgersi secondo le indicazioni che saranno fornite dal tutor; </w:t>
      </w:r>
    </w:p>
    <w:p w14:paraId="07335176" w14:textId="7C9432B7" w:rsidR="00DB3DF2" w:rsidRPr="008036F8" w:rsidRDefault="00DB3DF2" w:rsidP="00930EE7">
      <w:pPr>
        <w:spacing w:after="0" w:line="240" w:lineRule="auto"/>
        <w:jc w:val="both"/>
        <w:rPr>
          <w:lang w:val="it-IT"/>
        </w:rPr>
      </w:pPr>
      <w:r w:rsidRPr="008036F8">
        <w:rPr>
          <w:lang w:val="it-IT"/>
        </w:rPr>
        <w:t>☐</w:t>
      </w:r>
      <w:r>
        <w:rPr>
          <w:lang w:val="it-IT"/>
        </w:rPr>
        <w:t xml:space="preserve"> di impegnarsi, in caso di attivazione del tirocinio, a seguire le indicazioni a rispettare gli orari; </w:t>
      </w:r>
    </w:p>
    <w:p w14:paraId="7FA22F36" w14:textId="2F46AFB2" w:rsidR="00DB3DF2" w:rsidRDefault="00DB3DF2" w:rsidP="00930EE7">
      <w:pPr>
        <w:spacing w:after="0" w:line="240" w:lineRule="auto"/>
        <w:jc w:val="both"/>
        <w:rPr>
          <w:lang w:val="it-IT"/>
        </w:rPr>
      </w:pPr>
      <w:r w:rsidRPr="008036F8">
        <w:rPr>
          <w:lang w:val="it-IT"/>
        </w:rPr>
        <w:t>☐</w:t>
      </w:r>
      <w:r>
        <w:rPr>
          <w:lang w:val="it-IT"/>
        </w:rPr>
        <w:t xml:space="preserve"> di essere consapevole che i pagamenti mensili, rapportati al numero effettivo di ore svolte, sono disposti dalla Regione Campania; </w:t>
      </w:r>
    </w:p>
    <w:p w14:paraId="26993CBF" w14:textId="5C6A934F" w:rsidR="00127569" w:rsidRPr="008036F8" w:rsidRDefault="00AB36ED" w:rsidP="00930EE7">
      <w:pPr>
        <w:spacing w:after="0" w:line="240" w:lineRule="auto"/>
        <w:jc w:val="both"/>
        <w:rPr>
          <w:lang w:val="it-IT"/>
        </w:rPr>
      </w:pPr>
      <w:r w:rsidRPr="008036F8">
        <w:rPr>
          <w:lang w:val="it-IT"/>
        </w:rPr>
        <w:t>☐ di autorizzare l’Ente al trattamento e allo scambio dei dati strettamente necessari con Regione Campania/servizi informativi (SILF/</w:t>
      </w:r>
      <w:proofErr w:type="spellStart"/>
      <w:r w:rsidRPr="008036F8">
        <w:rPr>
          <w:lang w:val="it-IT"/>
        </w:rPr>
        <w:t>ClicLavoro</w:t>
      </w:r>
      <w:proofErr w:type="spellEnd"/>
      <w:r w:rsidRPr="008036F8">
        <w:rPr>
          <w:lang w:val="it-IT"/>
        </w:rPr>
        <w:t xml:space="preserve"> Campania), soggetto promotore e CPI, per le finalità procedimentali.</w:t>
      </w:r>
    </w:p>
    <w:p w14:paraId="5FBC4154" w14:textId="77777777" w:rsidR="00127569" w:rsidRPr="008036F8" w:rsidRDefault="00127569">
      <w:pPr>
        <w:spacing w:after="24"/>
        <w:rPr>
          <w:lang w:val="it-IT"/>
        </w:rPr>
      </w:pPr>
    </w:p>
    <w:p w14:paraId="54231A77" w14:textId="77777777" w:rsidR="00127569" w:rsidRPr="008036F8" w:rsidRDefault="00AB36ED">
      <w:pPr>
        <w:rPr>
          <w:lang w:val="it-IT"/>
        </w:rPr>
      </w:pPr>
      <w:r w:rsidRPr="008036F8">
        <w:rPr>
          <w:lang w:val="it-IT"/>
        </w:rPr>
        <w:t>Luogo e data ______________________         Firma __________________________________</w:t>
      </w:r>
    </w:p>
    <w:p w14:paraId="663D9B30" w14:textId="77777777" w:rsidR="00127569" w:rsidRPr="008036F8" w:rsidRDefault="00AB36ED">
      <w:pPr>
        <w:rPr>
          <w:lang w:val="it-IT"/>
        </w:rPr>
      </w:pPr>
      <w:r w:rsidRPr="008036F8">
        <w:rPr>
          <w:b/>
          <w:lang w:val="it-IT"/>
        </w:rPr>
        <w:t>INFORMATIVA PRIVACY</w:t>
      </w:r>
    </w:p>
    <w:p w14:paraId="647769DC" w14:textId="3245A243" w:rsidR="00127569" w:rsidRPr="008036F8" w:rsidRDefault="00AB36ED">
      <w:pPr>
        <w:jc w:val="both"/>
        <w:rPr>
          <w:lang w:val="it-IT"/>
        </w:rPr>
      </w:pPr>
      <w:r w:rsidRPr="008036F8">
        <w:rPr>
          <w:lang w:val="it-IT"/>
        </w:rPr>
        <w:t xml:space="preserve">Ai sensi degli artt. 13–14 del Reg. (UE) 2016/679 e del </w:t>
      </w:r>
      <w:proofErr w:type="spellStart"/>
      <w:r w:rsidRPr="008036F8">
        <w:rPr>
          <w:lang w:val="it-IT"/>
        </w:rPr>
        <w:t>D.Lgs.</w:t>
      </w:r>
      <w:proofErr w:type="spellEnd"/>
      <w:r w:rsidRPr="008036F8">
        <w:rPr>
          <w:lang w:val="it-IT"/>
        </w:rPr>
        <w:t xml:space="preserve"> 196/2003 e </w:t>
      </w:r>
      <w:proofErr w:type="spellStart"/>
      <w:r w:rsidRPr="008036F8">
        <w:rPr>
          <w:lang w:val="it-IT"/>
        </w:rPr>
        <w:t>s.m.i.</w:t>
      </w:r>
      <w:proofErr w:type="spellEnd"/>
      <w:r w:rsidRPr="008036F8">
        <w:rPr>
          <w:lang w:val="it-IT"/>
        </w:rPr>
        <w:t>, il Titolare del trattamento è il Comune di</w:t>
      </w:r>
      <w:r w:rsidR="00503BB8">
        <w:rPr>
          <w:lang w:val="it-IT"/>
        </w:rPr>
        <w:t xml:space="preserve"> ________</w:t>
      </w:r>
      <w:r w:rsidRPr="008036F8">
        <w:rPr>
          <w:lang w:val="it-IT"/>
        </w:rPr>
        <w:t>. I dati saranno trattati esclusivamente per finalità connesse al presente procedimento e agli adempimenti previsti dal Programma GOL/PNRR, con eventuale comunicazione ai soggetti istituzionali coinvolti. Informativa completa in Allegato 2.</w:t>
      </w:r>
    </w:p>
    <w:p w14:paraId="2C5FE2E1" w14:textId="77777777" w:rsidR="00127569" w:rsidRPr="008036F8" w:rsidRDefault="00AB36ED">
      <w:pPr>
        <w:rPr>
          <w:lang w:val="it-IT"/>
        </w:rPr>
      </w:pPr>
      <w:r w:rsidRPr="008036F8">
        <w:rPr>
          <w:b/>
          <w:lang w:val="it-IT"/>
        </w:rPr>
        <w:t>DOCUMENTI DA ALLEGARE (pena l’esclusione/inammissibilità)</w:t>
      </w:r>
    </w:p>
    <w:p w14:paraId="758FA129" w14:textId="77777777" w:rsidR="00127569" w:rsidRPr="008036F8" w:rsidRDefault="00AB36ED">
      <w:pPr>
        <w:rPr>
          <w:lang w:val="it-IT"/>
        </w:rPr>
      </w:pPr>
      <w:r w:rsidRPr="008036F8">
        <w:rPr>
          <w:lang w:val="it-IT"/>
        </w:rPr>
        <w:t xml:space="preserve">1) </w:t>
      </w:r>
      <w:bookmarkStart w:id="3" w:name="_Hlk211857696"/>
      <w:r w:rsidRPr="008036F8">
        <w:rPr>
          <w:lang w:val="it-IT"/>
        </w:rPr>
        <w:t>Copia documento di identità in corso di validità;</w:t>
      </w:r>
    </w:p>
    <w:p w14:paraId="2226906A" w14:textId="77777777" w:rsidR="00127569" w:rsidRPr="008036F8" w:rsidRDefault="00AB36ED">
      <w:pPr>
        <w:rPr>
          <w:lang w:val="it-IT"/>
        </w:rPr>
      </w:pPr>
      <w:r w:rsidRPr="008036F8">
        <w:rPr>
          <w:lang w:val="it-IT"/>
        </w:rPr>
        <w:t>2) Modello ISEE del nucleo familiare (valido);</w:t>
      </w:r>
    </w:p>
    <w:p w14:paraId="3C7F095A" w14:textId="77777777" w:rsidR="00127569" w:rsidRPr="008036F8" w:rsidRDefault="00AB36ED">
      <w:pPr>
        <w:rPr>
          <w:lang w:val="it-IT"/>
        </w:rPr>
      </w:pPr>
      <w:r w:rsidRPr="008036F8">
        <w:rPr>
          <w:lang w:val="it-IT"/>
        </w:rPr>
        <w:t>3) Informativa privacy (Allegato 2) firmata;</w:t>
      </w:r>
    </w:p>
    <w:p w14:paraId="5A196820" w14:textId="1AD835B7" w:rsidR="00127569" w:rsidRPr="008036F8" w:rsidRDefault="00AB36ED">
      <w:pPr>
        <w:rPr>
          <w:lang w:val="it-IT"/>
        </w:rPr>
      </w:pPr>
      <w:r w:rsidRPr="008036F8">
        <w:rPr>
          <w:lang w:val="it-IT"/>
        </w:rPr>
        <w:t>5) Eventua</w:t>
      </w:r>
      <w:r w:rsidR="007C68F7">
        <w:rPr>
          <w:lang w:val="it-IT"/>
        </w:rPr>
        <w:t>le certificazione di invalidità.</w:t>
      </w:r>
    </w:p>
    <w:bookmarkEnd w:id="3"/>
    <w:p w14:paraId="6E89E455" w14:textId="237A963D" w:rsidR="00797AF3" w:rsidRPr="008036F8" w:rsidRDefault="00797AF3">
      <w:pPr>
        <w:rPr>
          <w:lang w:val="it-IT"/>
        </w:rPr>
      </w:pPr>
    </w:p>
    <w:sectPr w:rsidR="00797AF3" w:rsidRPr="008036F8" w:rsidSect="00DB3DF2">
      <w:headerReference w:type="default" r:id="rId9"/>
      <w:pgSz w:w="12240" w:h="15840"/>
      <w:pgMar w:top="568" w:right="616" w:bottom="426" w:left="709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FBD9A9" w14:textId="77777777" w:rsidR="00476101" w:rsidRDefault="00476101" w:rsidP="008036F8">
      <w:pPr>
        <w:spacing w:after="0" w:line="240" w:lineRule="auto"/>
      </w:pPr>
      <w:r>
        <w:separator/>
      </w:r>
    </w:p>
  </w:endnote>
  <w:endnote w:type="continuationSeparator" w:id="0">
    <w:p w14:paraId="0E9AA03C" w14:textId="77777777" w:rsidR="00476101" w:rsidRDefault="00476101" w:rsidP="00803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6EFAB2" w14:textId="77777777" w:rsidR="00476101" w:rsidRDefault="00476101" w:rsidP="008036F8">
      <w:pPr>
        <w:spacing w:after="0" w:line="240" w:lineRule="auto"/>
      </w:pPr>
      <w:r>
        <w:separator/>
      </w:r>
    </w:p>
  </w:footnote>
  <w:footnote w:type="continuationSeparator" w:id="0">
    <w:p w14:paraId="2CD4E162" w14:textId="77777777" w:rsidR="00476101" w:rsidRDefault="00476101" w:rsidP="00803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6C657" w14:textId="5ED18768" w:rsidR="008036F8" w:rsidRDefault="008036F8" w:rsidP="008036F8">
    <w:pPr>
      <w:pStyle w:val="Corpotesto"/>
      <w:spacing w:line="14" w:lineRule="auto"/>
      <w:rPr>
        <w:b/>
        <w:sz w:val="20"/>
      </w:rPr>
    </w:pPr>
  </w:p>
  <w:p w14:paraId="73B28842" w14:textId="5F3399AD" w:rsidR="008036F8" w:rsidRDefault="008036F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E895A62"/>
    <w:multiLevelType w:val="hybridMultilevel"/>
    <w:tmpl w:val="3D3219CA"/>
    <w:lvl w:ilvl="0" w:tplc="DEC6E9DC">
      <w:numFmt w:val="bullet"/>
      <w:lvlText w:val="-"/>
      <w:lvlJc w:val="left"/>
      <w:pPr>
        <w:ind w:left="760" w:hanging="360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it-IT" w:eastAsia="it-IT" w:bidi="it-IT"/>
      </w:rPr>
    </w:lvl>
    <w:lvl w:ilvl="1" w:tplc="65246EB4">
      <w:numFmt w:val="bullet"/>
      <w:lvlText w:val=""/>
      <w:lvlJc w:val="left"/>
      <w:pPr>
        <w:ind w:left="940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2" w:tplc="8EB087F2">
      <w:numFmt w:val="bullet"/>
      <w:lvlText w:val="•"/>
      <w:lvlJc w:val="left"/>
      <w:pPr>
        <w:ind w:left="2071" w:hanging="360"/>
      </w:pPr>
      <w:rPr>
        <w:rFonts w:hint="default"/>
        <w:lang w:val="it-IT" w:eastAsia="it-IT" w:bidi="it-IT"/>
      </w:rPr>
    </w:lvl>
    <w:lvl w:ilvl="3" w:tplc="E65042D2">
      <w:numFmt w:val="bullet"/>
      <w:lvlText w:val="•"/>
      <w:lvlJc w:val="left"/>
      <w:pPr>
        <w:ind w:left="3202" w:hanging="360"/>
      </w:pPr>
      <w:rPr>
        <w:rFonts w:hint="default"/>
        <w:lang w:val="it-IT" w:eastAsia="it-IT" w:bidi="it-IT"/>
      </w:rPr>
    </w:lvl>
    <w:lvl w:ilvl="4" w:tplc="00A6471A">
      <w:numFmt w:val="bullet"/>
      <w:lvlText w:val="•"/>
      <w:lvlJc w:val="left"/>
      <w:pPr>
        <w:ind w:left="4333" w:hanging="360"/>
      </w:pPr>
      <w:rPr>
        <w:rFonts w:hint="default"/>
        <w:lang w:val="it-IT" w:eastAsia="it-IT" w:bidi="it-IT"/>
      </w:rPr>
    </w:lvl>
    <w:lvl w:ilvl="5" w:tplc="08F05560">
      <w:numFmt w:val="bullet"/>
      <w:lvlText w:val="•"/>
      <w:lvlJc w:val="left"/>
      <w:pPr>
        <w:ind w:left="5464" w:hanging="360"/>
      </w:pPr>
      <w:rPr>
        <w:rFonts w:hint="default"/>
        <w:lang w:val="it-IT" w:eastAsia="it-IT" w:bidi="it-IT"/>
      </w:rPr>
    </w:lvl>
    <w:lvl w:ilvl="6" w:tplc="AB8805CA">
      <w:numFmt w:val="bullet"/>
      <w:lvlText w:val="•"/>
      <w:lvlJc w:val="left"/>
      <w:pPr>
        <w:ind w:left="6596" w:hanging="360"/>
      </w:pPr>
      <w:rPr>
        <w:rFonts w:hint="default"/>
        <w:lang w:val="it-IT" w:eastAsia="it-IT" w:bidi="it-IT"/>
      </w:rPr>
    </w:lvl>
    <w:lvl w:ilvl="7" w:tplc="8D00D96C">
      <w:numFmt w:val="bullet"/>
      <w:lvlText w:val="•"/>
      <w:lvlJc w:val="left"/>
      <w:pPr>
        <w:ind w:left="7727" w:hanging="360"/>
      </w:pPr>
      <w:rPr>
        <w:rFonts w:hint="default"/>
        <w:lang w:val="it-IT" w:eastAsia="it-IT" w:bidi="it-IT"/>
      </w:rPr>
    </w:lvl>
    <w:lvl w:ilvl="8" w:tplc="BCE2B256">
      <w:numFmt w:val="bullet"/>
      <w:lvlText w:val="•"/>
      <w:lvlJc w:val="left"/>
      <w:pPr>
        <w:ind w:left="8858" w:hanging="360"/>
      </w:pPr>
      <w:rPr>
        <w:rFonts w:hint="default"/>
        <w:lang w:val="it-IT" w:eastAsia="it-IT" w:bidi="it-I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27569"/>
    <w:rsid w:val="0015074B"/>
    <w:rsid w:val="001C48F6"/>
    <w:rsid w:val="00221A7D"/>
    <w:rsid w:val="0029639D"/>
    <w:rsid w:val="00326F90"/>
    <w:rsid w:val="0043372A"/>
    <w:rsid w:val="00476101"/>
    <w:rsid w:val="004D0F50"/>
    <w:rsid w:val="00500AE2"/>
    <w:rsid w:val="00503BB8"/>
    <w:rsid w:val="005173C4"/>
    <w:rsid w:val="00606E7E"/>
    <w:rsid w:val="00757D33"/>
    <w:rsid w:val="00792EF8"/>
    <w:rsid w:val="00797AF3"/>
    <w:rsid w:val="007C68F7"/>
    <w:rsid w:val="008036F8"/>
    <w:rsid w:val="0081144E"/>
    <w:rsid w:val="00840BB0"/>
    <w:rsid w:val="00870837"/>
    <w:rsid w:val="00930EE7"/>
    <w:rsid w:val="00AA1D8D"/>
    <w:rsid w:val="00AB36ED"/>
    <w:rsid w:val="00AC7B23"/>
    <w:rsid w:val="00B47730"/>
    <w:rsid w:val="00C77648"/>
    <w:rsid w:val="00CB0664"/>
    <w:rsid w:val="00DB3DF2"/>
    <w:rsid w:val="00DE6CDA"/>
    <w:rsid w:val="00F94EEC"/>
    <w:rsid w:val="00FA5C5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ED97A27"/>
  <w14:defaultImageDpi w14:val="300"/>
  <w15:docId w15:val="{D3C40784-8043-4196-B3F9-06971EE6F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1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0703DE5-5FDA-40BF-B9B5-D487F2C5A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836</Words>
  <Characters>4768</Characters>
  <Application>Microsoft Office Word</Application>
  <DocSecurity>0</DocSecurity>
  <Lines>39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5593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Rossana Iaquinandi</cp:lastModifiedBy>
  <cp:revision>2</cp:revision>
  <dcterms:created xsi:type="dcterms:W3CDTF">2025-12-12T19:37:00Z</dcterms:created>
  <dcterms:modified xsi:type="dcterms:W3CDTF">2025-12-12T19:37:00Z</dcterms:modified>
  <cp:category/>
</cp:coreProperties>
</file>