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0F9" w:rsidRPr="00275AE4" w:rsidRDefault="00CE3848">
      <w:pPr>
        <w:jc w:val="center"/>
        <w:rPr>
          <w:rFonts w:asciiTheme="minorHAnsi" w:hAnsiTheme="minorHAnsi"/>
          <w:color w:val="auto"/>
        </w:rPr>
      </w:pPr>
      <w:bookmarkStart w:id="0" w:name="_GoBack"/>
      <w:bookmarkEnd w:id="0"/>
      <w:r w:rsidRPr="00275AE4">
        <w:rPr>
          <w:rFonts w:asciiTheme="minorHAnsi" w:hAnsiTheme="minorHAnsi"/>
          <w:b/>
          <w:color w:val="auto"/>
        </w:rPr>
        <w:t>ALLEGATO A</w:t>
      </w:r>
      <w:r w:rsidRPr="00275AE4">
        <w:rPr>
          <w:rFonts w:asciiTheme="minorHAnsi" w:hAnsiTheme="minorHAnsi"/>
          <w:b/>
          <w:color w:val="auto"/>
        </w:rPr>
        <w:br/>
        <w:t>MODELLO DI MANIFESTAZIONE DI INTERESSE E DICHIARAZIONE DEI REQUISITI</w:t>
      </w:r>
      <w:r w:rsidRPr="00275AE4">
        <w:rPr>
          <w:rFonts w:asciiTheme="minorHAnsi" w:hAnsiTheme="minorHAnsi"/>
          <w:b/>
          <w:color w:val="auto"/>
        </w:rPr>
        <w:br/>
      </w:r>
      <w:r w:rsidRPr="00275AE4">
        <w:rPr>
          <w:rFonts w:asciiTheme="minorHAnsi" w:hAnsiTheme="minorHAnsi"/>
          <w:i/>
          <w:color w:val="auto"/>
        </w:rPr>
        <w:t>(da allegare alla risposta all'Avviso d'Indagine di Mercato sulla piattaforma MEPA)</w:t>
      </w:r>
      <w:r w:rsidRPr="00275AE4">
        <w:rPr>
          <w:rFonts w:asciiTheme="minorHAnsi" w:hAnsiTheme="minorHAnsi"/>
          <w:i/>
          <w:color w:val="auto"/>
        </w:rPr>
        <w:br/>
      </w:r>
      <w:r w:rsidRPr="00275AE4">
        <w:rPr>
          <w:rFonts w:asciiTheme="minorHAnsi" w:hAnsiTheme="minorHAnsi"/>
          <w:i/>
          <w:color w:val="auto"/>
        </w:rPr>
        <w:br/>
      </w:r>
    </w:p>
    <w:p w:rsidR="00BF10F9" w:rsidRPr="00275AE4" w:rsidRDefault="00CE3848">
      <w:pPr>
        <w:spacing w:after="240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b/>
          <w:color w:val="auto"/>
        </w:rPr>
        <w:t>Spett.le Comune di Nocera Superiore</w:t>
      </w:r>
      <w:r w:rsidRPr="00275AE4">
        <w:rPr>
          <w:rFonts w:asciiTheme="minorHAnsi" w:hAnsiTheme="minorHAnsi"/>
          <w:b/>
          <w:color w:val="auto"/>
        </w:rPr>
        <w:br/>
        <w:t>Area Informatizzazione, Supporto Gare e Contratti, Ricerca Fondi</w:t>
      </w:r>
      <w:r w:rsidRPr="00275AE4">
        <w:rPr>
          <w:rFonts w:asciiTheme="minorHAnsi" w:hAnsiTheme="minorHAnsi"/>
          <w:b/>
          <w:color w:val="auto"/>
        </w:rPr>
        <w:br/>
      </w:r>
      <w:r w:rsidRPr="00275AE4">
        <w:rPr>
          <w:rFonts w:asciiTheme="minorHAnsi" w:hAnsiTheme="minorHAnsi"/>
          <w:i/>
          <w:color w:val="auto"/>
        </w:rPr>
        <w:t>(Risposta a sistema su Piattaforma MEPA - Avviso ID: [__________])</w:t>
      </w:r>
    </w:p>
    <w:p w:rsidR="00BF10F9" w:rsidRPr="00275AE4" w:rsidRDefault="00CE3848">
      <w:pPr>
        <w:spacing w:after="160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>Il/La sottoscritto/a [nome e cognome], nato/</w:t>
      </w:r>
      <w:proofErr w:type="gramStart"/>
      <w:r w:rsidRPr="00275AE4">
        <w:rPr>
          <w:rFonts w:asciiTheme="minorHAnsi" w:hAnsiTheme="minorHAnsi"/>
          <w:color w:val="auto"/>
        </w:rPr>
        <w:t>a</w:t>
      </w:r>
      <w:proofErr w:type="gramEnd"/>
      <w:r w:rsidRPr="00275AE4">
        <w:rPr>
          <w:rFonts w:asciiTheme="minorHAnsi" w:hAnsiTheme="minorHAnsi"/>
          <w:color w:val="auto"/>
        </w:rPr>
        <w:t xml:space="preserve"> a [____] il [__/__/____], C.F. [__________], in qualità di [legale rappresentante / procuratore] dell'operatore economico [denominazione], con sede legale in [____], Via/Piazza [__________], C.F./P.IVA [____], PEC [____], email [____], telefono [____],</w:t>
      </w:r>
    </w:p>
    <w:p w:rsidR="00275AE4" w:rsidRDefault="00275AE4">
      <w:pPr>
        <w:spacing w:before="160" w:after="160"/>
        <w:jc w:val="center"/>
        <w:rPr>
          <w:rFonts w:asciiTheme="minorHAnsi" w:hAnsiTheme="minorHAnsi"/>
          <w:b/>
          <w:color w:val="auto"/>
        </w:rPr>
      </w:pPr>
    </w:p>
    <w:p w:rsidR="00BF10F9" w:rsidRPr="00275AE4" w:rsidRDefault="00CE3848">
      <w:pPr>
        <w:spacing w:before="160" w:after="160"/>
        <w:jc w:val="center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b/>
          <w:color w:val="auto"/>
        </w:rPr>
        <w:t>MANIFESTA IL PROPRIO INTERESSE</w:t>
      </w:r>
    </w:p>
    <w:p w:rsidR="00BF10F9" w:rsidRPr="00275AE4" w:rsidRDefault="00CE3848">
      <w:pPr>
        <w:spacing w:after="160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>a essere invitato alla procedura sul MEPA per l'affidamento del servizio di assistenza e supporto informatico del Comune di Nocera Superiore, e, consapevole delle sanzioni penali previste dall'art. 76 del D.P.R. 445/2000 per le dichiarazioni mendaci,</w:t>
      </w:r>
    </w:p>
    <w:p w:rsidR="00275AE4" w:rsidRDefault="00275AE4">
      <w:pPr>
        <w:spacing w:before="160" w:after="160"/>
        <w:jc w:val="center"/>
        <w:rPr>
          <w:rFonts w:asciiTheme="minorHAnsi" w:hAnsiTheme="minorHAnsi"/>
          <w:b/>
          <w:color w:val="auto"/>
        </w:rPr>
      </w:pPr>
    </w:p>
    <w:p w:rsidR="00BF10F9" w:rsidRPr="00275AE4" w:rsidRDefault="00CE3848">
      <w:pPr>
        <w:spacing w:before="160" w:after="160"/>
        <w:jc w:val="center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b/>
          <w:color w:val="auto"/>
        </w:rPr>
        <w:t>DICHIARA</w:t>
      </w:r>
    </w:p>
    <w:p w:rsidR="00BF10F9" w:rsidRPr="00275AE4" w:rsidRDefault="00CE3848" w:rsidP="00CC12BE">
      <w:pPr>
        <w:spacing w:after="120"/>
        <w:jc w:val="both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>1. di essere abilitato al Mercato Elettronico della Pubblica Amministrazione (MEPA) sul portale www.acquistinretepa.it per la categoria/bando pertinente all'oggetto del servizio;</w:t>
      </w:r>
    </w:p>
    <w:p w:rsidR="00BF10F9" w:rsidRPr="00275AE4" w:rsidRDefault="00CE3848" w:rsidP="00CC12BE">
      <w:pPr>
        <w:spacing w:after="120"/>
        <w:jc w:val="both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 xml:space="preserve">2. di non trovarsi in alcuna delle cause di esclusione di cui agli artt. 94, 95 e, ove applicabile, 98 del </w:t>
      </w:r>
      <w:proofErr w:type="gramStart"/>
      <w:r w:rsidRPr="00275AE4">
        <w:rPr>
          <w:rFonts w:asciiTheme="minorHAnsi" w:hAnsiTheme="minorHAnsi"/>
          <w:color w:val="auto"/>
        </w:rPr>
        <w:t>D.Lgs</w:t>
      </w:r>
      <w:proofErr w:type="gramEnd"/>
      <w:r w:rsidRPr="00275AE4">
        <w:rPr>
          <w:rFonts w:asciiTheme="minorHAnsi" w:hAnsiTheme="minorHAnsi"/>
          <w:color w:val="auto"/>
        </w:rPr>
        <w:t>. 36/2023;</w:t>
      </w:r>
    </w:p>
    <w:p w:rsidR="00BF10F9" w:rsidRPr="00275AE4" w:rsidRDefault="00CE3848" w:rsidP="00CC12BE">
      <w:pPr>
        <w:spacing w:after="120"/>
        <w:jc w:val="both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>3. di essere iscritto al Registro delle Imprese della CCIAA di [____], n. REA [____], per attività coerente con l'oggetto del servizio;</w:t>
      </w:r>
    </w:p>
    <w:p w:rsidR="00CC12BE" w:rsidRDefault="00CE3848" w:rsidP="00CC12BE">
      <w:pPr>
        <w:spacing w:after="120"/>
        <w:jc w:val="both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 xml:space="preserve">4. di aver eseguito negli ultimi </w:t>
      </w:r>
      <w:r w:rsidR="00CC12BE">
        <w:rPr>
          <w:rFonts w:asciiTheme="minorHAnsi" w:hAnsiTheme="minorHAnsi"/>
          <w:color w:val="auto"/>
        </w:rPr>
        <w:t>10</w:t>
      </w:r>
      <w:r w:rsidRPr="00275AE4">
        <w:rPr>
          <w:rFonts w:asciiTheme="minorHAnsi" w:hAnsiTheme="minorHAnsi"/>
          <w:color w:val="auto"/>
        </w:rPr>
        <w:t xml:space="preserve"> anni i seguenti </w:t>
      </w:r>
      <w:proofErr w:type="spellStart"/>
      <w:r w:rsidRPr="00275AE4">
        <w:rPr>
          <w:rFonts w:asciiTheme="minorHAnsi" w:hAnsiTheme="minorHAnsi"/>
          <w:color w:val="auto"/>
        </w:rPr>
        <w:t>servizi</w:t>
      </w:r>
      <w:proofErr w:type="spellEnd"/>
      <w:r w:rsidRPr="00275AE4">
        <w:rPr>
          <w:rFonts w:asciiTheme="minorHAnsi" w:hAnsiTheme="minorHAnsi"/>
          <w:color w:val="auto"/>
        </w:rPr>
        <w:t xml:space="preserve"> </w:t>
      </w:r>
      <w:proofErr w:type="spellStart"/>
      <w:r w:rsidRPr="00275AE4">
        <w:rPr>
          <w:rFonts w:asciiTheme="minorHAnsi" w:hAnsiTheme="minorHAnsi"/>
          <w:color w:val="auto"/>
        </w:rPr>
        <w:t>analoghi</w:t>
      </w:r>
      <w:proofErr w:type="spellEnd"/>
      <w:r w:rsidRPr="00275AE4">
        <w:rPr>
          <w:rFonts w:asciiTheme="minorHAnsi" w:hAnsiTheme="minorHAnsi"/>
          <w:color w:val="auto"/>
        </w:rPr>
        <w:t xml:space="preserve"> per un</w:t>
      </w:r>
      <w:r w:rsidR="00CC12BE">
        <w:rPr>
          <w:rFonts w:asciiTheme="minorHAnsi" w:hAnsiTheme="minorHAnsi"/>
          <w:color w:val="auto"/>
        </w:rPr>
        <w:t xml:space="preserve"> period </w:t>
      </w:r>
      <w:proofErr w:type="spellStart"/>
      <w:r w:rsidR="00CC12BE">
        <w:rPr>
          <w:rFonts w:asciiTheme="minorHAnsi" w:hAnsiTheme="minorHAnsi"/>
          <w:color w:val="auto"/>
        </w:rPr>
        <w:t>cumulato</w:t>
      </w:r>
      <w:proofErr w:type="spellEnd"/>
      <w:r w:rsidR="00CC12BE">
        <w:rPr>
          <w:rFonts w:asciiTheme="minorHAnsi" w:hAnsiTheme="minorHAnsi"/>
          <w:color w:val="auto"/>
        </w:rPr>
        <w:t xml:space="preserve"> di </w:t>
      </w:r>
      <w:proofErr w:type="spellStart"/>
      <w:r w:rsidR="00CC12BE">
        <w:rPr>
          <w:rFonts w:asciiTheme="minorHAnsi" w:hAnsiTheme="minorHAnsi"/>
          <w:color w:val="auto"/>
        </w:rPr>
        <w:t>almeno</w:t>
      </w:r>
      <w:proofErr w:type="spellEnd"/>
      <w:r w:rsidR="00CC12BE">
        <w:rPr>
          <w:rFonts w:asciiTheme="minorHAnsi" w:hAnsiTheme="minorHAnsi"/>
          <w:color w:val="auto"/>
        </w:rPr>
        <w:t xml:space="preserve"> 36 </w:t>
      </w:r>
      <w:proofErr w:type="spellStart"/>
      <w:r w:rsidR="00CC12BE">
        <w:rPr>
          <w:rFonts w:asciiTheme="minorHAnsi" w:hAnsiTheme="minorHAnsi"/>
          <w:color w:val="auto"/>
        </w:rPr>
        <w:t>mesi</w:t>
      </w:r>
      <w:proofErr w:type="spellEnd"/>
      <w:r w:rsidR="00CC12BE">
        <w:rPr>
          <w:rFonts w:asciiTheme="minorHAnsi" w:hAnsiTheme="minorHAnsi"/>
          <w:color w:val="auto"/>
        </w:rPr>
        <w:t xml:space="preserve"> e per un</w:t>
      </w:r>
      <w:r w:rsidRPr="00275AE4">
        <w:rPr>
          <w:rFonts w:asciiTheme="minorHAnsi" w:hAnsiTheme="minorHAnsi"/>
          <w:color w:val="auto"/>
        </w:rPr>
        <w:t xml:space="preserve"> </w:t>
      </w:r>
      <w:proofErr w:type="spellStart"/>
      <w:r w:rsidRPr="00275AE4">
        <w:rPr>
          <w:rFonts w:asciiTheme="minorHAnsi" w:hAnsiTheme="minorHAnsi"/>
          <w:color w:val="auto"/>
        </w:rPr>
        <w:t>importo</w:t>
      </w:r>
      <w:proofErr w:type="spellEnd"/>
      <w:r w:rsidRPr="00275AE4">
        <w:rPr>
          <w:rFonts w:asciiTheme="minorHAnsi" w:hAnsiTheme="minorHAnsi"/>
          <w:color w:val="auto"/>
        </w:rPr>
        <w:t xml:space="preserve"> </w:t>
      </w:r>
      <w:proofErr w:type="spellStart"/>
      <w:r w:rsidRPr="00275AE4">
        <w:rPr>
          <w:rFonts w:asciiTheme="minorHAnsi" w:hAnsiTheme="minorHAnsi"/>
          <w:color w:val="auto"/>
        </w:rPr>
        <w:t>complessivo</w:t>
      </w:r>
      <w:proofErr w:type="spellEnd"/>
      <w:r w:rsidRPr="00275AE4">
        <w:rPr>
          <w:rFonts w:asciiTheme="minorHAnsi" w:hAnsiTheme="minorHAnsi"/>
          <w:color w:val="auto"/>
        </w:rPr>
        <w:t xml:space="preserve"> non </w:t>
      </w:r>
      <w:proofErr w:type="spellStart"/>
      <w:r w:rsidRPr="00275AE4">
        <w:rPr>
          <w:rFonts w:asciiTheme="minorHAnsi" w:hAnsiTheme="minorHAnsi"/>
          <w:color w:val="auto"/>
        </w:rPr>
        <w:t>inferiore</w:t>
      </w:r>
      <w:proofErr w:type="spellEnd"/>
      <w:r w:rsidRPr="00275AE4">
        <w:rPr>
          <w:rFonts w:asciiTheme="minorHAnsi" w:hAnsiTheme="minorHAnsi"/>
          <w:color w:val="auto"/>
        </w:rPr>
        <w:t xml:space="preserve"> a </w:t>
      </w:r>
      <w:r w:rsidRPr="00CC12BE">
        <w:rPr>
          <w:rFonts w:asciiTheme="minorHAnsi" w:hAnsiTheme="minorHAnsi"/>
          <w:b/>
          <w:color w:val="auto"/>
        </w:rPr>
        <w:t xml:space="preserve">€ </w:t>
      </w:r>
      <w:r w:rsidR="00CC12BE" w:rsidRPr="00CC12BE">
        <w:rPr>
          <w:rFonts w:asciiTheme="minorHAnsi" w:hAnsiTheme="minorHAnsi"/>
          <w:b/>
          <w:color w:val="auto"/>
        </w:rPr>
        <w:t>20.000,00</w:t>
      </w:r>
      <w:r w:rsidRPr="00275AE4">
        <w:rPr>
          <w:rFonts w:asciiTheme="minorHAnsi" w:hAnsiTheme="minorHAnsi"/>
          <w:color w:val="auto"/>
        </w:rPr>
        <w:t>:</w:t>
      </w:r>
    </w:p>
    <w:p w:rsidR="00CC12BE" w:rsidRDefault="00CE3848" w:rsidP="00CC12BE">
      <w:pPr>
        <w:pStyle w:val="Paragrafoelenco"/>
        <w:numPr>
          <w:ilvl w:val="0"/>
          <w:numId w:val="29"/>
        </w:numPr>
        <w:spacing w:after="120"/>
        <w:jc w:val="both"/>
        <w:rPr>
          <w:rFonts w:asciiTheme="minorHAnsi" w:hAnsiTheme="minorHAnsi"/>
          <w:color w:val="auto"/>
        </w:rPr>
      </w:pPr>
      <w:proofErr w:type="spellStart"/>
      <w:r w:rsidRPr="00CC12BE">
        <w:rPr>
          <w:rFonts w:asciiTheme="minorHAnsi" w:hAnsiTheme="minorHAnsi"/>
          <w:color w:val="auto"/>
        </w:rPr>
        <w:t>Committente</w:t>
      </w:r>
      <w:proofErr w:type="spellEnd"/>
      <w:r w:rsidRPr="00CC12BE">
        <w:rPr>
          <w:rFonts w:asciiTheme="minorHAnsi" w:hAnsiTheme="minorHAnsi"/>
          <w:color w:val="auto"/>
        </w:rPr>
        <w:t xml:space="preserve">: [____] – </w:t>
      </w:r>
      <w:proofErr w:type="spellStart"/>
      <w:r w:rsidRPr="00CC12BE">
        <w:rPr>
          <w:rFonts w:asciiTheme="minorHAnsi" w:hAnsiTheme="minorHAnsi"/>
          <w:color w:val="auto"/>
        </w:rPr>
        <w:t>Oggetto</w:t>
      </w:r>
      <w:proofErr w:type="spellEnd"/>
      <w:r w:rsidRPr="00CC12BE">
        <w:rPr>
          <w:rFonts w:asciiTheme="minorHAnsi" w:hAnsiTheme="minorHAnsi"/>
          <w:color w:val="auto"/>
        </w:rPr>
        <w:t xml:space="preserve">: [____] – </w:t>
      </w:r>
      <w:proofErr w:type="spellStart"/>
      <w:r w:rsidRPr="00CC12BE">
        <w:rPr>
          <w:rFonts w:asciiTheme="minorHAnsi" w:hAnsiTheme="minorHAnsi"/>
          <w:color w:val="auto"/>
        </w:rPr>
        <w:t>Periodo</w:t>
      </w:r>
      <w:proofErr w:type="spellEnd"/>
      <w:r w:rsidRPr="00CC12BE">
        <w:rPr>
          <w:rFonts w:asciiTheme="minorHAnsi" w:hAnsiTheme="minorHAnsi"/>
          <w:color w:val="auto"/>
        </w:rPr>
        <w:t xml:space="preserve">: [____] – </w:t>
      </w:r>
      <w:proofErr w:type="spellStart"/>
      <w:r w:rsidRPr="00CC12BE">
        <w:rPr>
          <w:rFonts w:asciiTheme="minorHAnsi" w:hAnsiTheme="minorHAnsi"/>
          <w:color w:val="auto"/>
        </w:rPr>
        <w:t>Impo</w:t>
      </w:r>
      <w:r w:rsidR="00CC12BE">
        <w:rPr>
          <w:rFonts w:asciiTheme="minorHAnsi" w:hAnsiTheme="minorHAnsi"/>
          <w:color w:val="auto"/>
        </w:rPr>
        <w:t>rto</w:t>
      </w:r>
      <w:proofErr w:type="spellEnd"/>
      <w:r w:rsidR="00CC12BE">
        <w:rPr>
          <w:rFonts w:asciiTheme="minorHAnsi" w:hAnsiTheme="minorHAnsi"/>
          <w:color w:val="auto"/>
        </w:rPr>
        <w:t>: € [____]</w:t>
      </w:r>
    </w:p>
    <w:p w:rsidR="00BF10F9" w:rsidRDefault="00CE3848" w:rsidP="00CC12BE">
      <w:pPr>
        <w:pStyle w:val="Paragrafoelenco"/>
        <w:numPr>
          <w:ilvl w:val="0"/>
          <w:numId w:val="29"/>
        </w:numPr>
        <w:spacing w:after="120"/>
        <w:jc w:val="both"/>
        <w:rPr>
          <w:rFonts w:asciiTheme="minorHAnsi" w:hAnsiTheme="minorHAnsi"/>
          <w:color w:val="auto"/>
        </w:rPr>
      </w:pPr>
      <w:proofErr w:type="spellStart"/>
      <w:r w:rsidRPr="00CC12BE">
        <w:rPr>
          <w:rFonts w:asciiTheme="minorHAnsi" w:hAnsiTheme="minorHAnsi"/>
          <w:color w:val="auto"/>
        </w:rPr>
        <w:t>Committente</w:t>
      </w:r>
      <w:proofErr w:type="spellEnd"/>
      <w:r w:rsidRPr="00CC12BE">
        <w:rPr>
          <w:rFonts w:asciiTheme="minorHAnsi" w:hAnsiTheme="minorHAnsi"/>
          <w:color w:val="auto"/>
        </w:rPr>
        <w:t xml:space="preserve">: [____] – </w:t>
      </w:r>
      <w:proofErr w:type="spellStart"/>
      <w:r w:rsidRPr="00CC12BE">
        <w:rPr>
          <w:rFonts w:asciiTheme="minorHAnsi" w:hAnsiTheme="minorHAnsi"/>
          <w:color w:val="auto"/>
        </w:rPr>
        <w:t>Oggetto</w:t>
      </w:r>
      <w:proofErr w:type="spellEnd"/>
      <w:r w:rsidRPr="00CC12BE">
        <w:rPr>
          <w:rFonts w:asciiTheme="minorHAnsi" w:hAnsiTheme="minorHAnsi"/>
          <w:color w:val="auto"/>
        </w:rPr>
        <w:t xml:space="preserve">: [____] – </w:t>
      </w:r>
      <w:proofErr w:type="spellStart"/>
      <w:r w:rsidRPr="00CC12BE">
        <w:rPr>
          <w:rFonts w:asciiTheme="minorHAnsi" w:hAnsiTheme="minorHAnsi"/>
          <w:color w:val="auto"/>
        </w:rPr>
        <w:t>Periodo</w:t>
      </w:r>
      <w:proofErr w:type="spellEnd"/>
      <w:r w:rsidRPr="00CC12BE">
        <w:rPr>
          <w:rFonts w:asciiTheme="minorHAnsi" w:hAnsiTheme="minorHAnsi"/>
          <w:color w:val="auto"/>
        </w:rPr>
        <w:t xml:space="preserve">: [____] – </w:t>
      </w:r>
      <w:proofErr w:type="spellStart"/>
      <w:r w:rsidRPr="00CC12BE">
        <w:rPr>
          <w:rFonts w:asciiTheme="minorHAnsi" w:hAnsiTheme="minorHAnsi"/>
          <w:color w:val="auto"/>
        </w:rPr>
        <w:t>Importo</w:t>
      </w:r>
      <w:proofErr w:type="spellEnd"/>
      <w:r w:rsidRPr="00CC12BE">
        <w:rPr>
          <w:rFonts w:asciiTheme="minorHAnsi" w:hAnsiTheme="minorHAnsi"/>
          <w:color w:val="auto"/>
        </w:rPr>
        <w:t>: € [____]</w:t>
      </w:r>
    </w:p>
    <w:p w:rsidR="00CC12BE" w:rsidRPr="00CC12BE" w:rsidRDefault="00CC12BE" w:rsidP="00CC12BE">
      <w:pPr>
        <w:pStyle w:val="Paragrafoelenco"/>
        <w:numPr>
          <w:ilvl w:val="0"/>
          <w:numId w:val="29"/>
        </w:numPr>
        <w:spacing w:after="120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…</w:t>
      </w:r>
    </w:p>
    <w:p w:rsidR="00BF10F9" w:rsidRPr="00275AE4" w:rsidRDefault="00CE3848">
      <w:pPr>
        <w:spacing w:after="120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>5. di aver preso piena e integrale visione dell'Avviso d'Indagine pubblicato sul MEPA e di accettarne integralmente ed incondizionatamente il contenuto;</w:t>
      </w:r>
    </w:p>
    <w:p w:rsidR="00BF10F9" w:rsidRPr="00275AE4" w:rsidRDefault="00CE3848">
      <w:pPr>
        <w:spacing w:after="120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>6. di essere a conoscenza che la manifestazione di interesse non costituisce diritto all'affidamento né vincola in alcun modo la Stazione Appaltante;</w:t>
      </w:r>
    </w:p>
    <w:p w:rsidR="00BF10F9" w:rsidRPr="00275AE4" w:rsidRDefault="00CE3848">
      <w:pPr>
        <w:spacing w:after="120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lastRenderedPageBreak/>
        <w:t>7. di aver preso visione dell'informativa sul trattamento dei dati personali e di autorizzarne il trattamento per le finalità della procedura;</w:t>
      </w:r>
    </w:p>
    <w:p w:rsidR="00BF10F9" w:rsidRPr="00275AE4" w:rsidRDefault="00CE3848">
      <w:pPr>
        <w:spacing w:after="120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color w:val="auto"/>
        </w:rPr>
        <w:t>8. di eleggere come domicilio digitale per tutte le comunicazioni la PEC sopra indicata e il canale di comunicazione della piattaforma MEPA.</w:t>
      </w:r>
    </w:p>
    <w:p w:rsidR="00BF10F9" w:rsidRPr="00275AE4" w:rsidRDefault="00CE3848">
      <w:pPr>
        <w:spacing w:before="400"/>
        <w:rPr>
          <w:rFonts w:asciiTheme="minorHAnsi" w:hAnsiTheme="minorHAnsi"/>
          <w:color w:val="auto"/>
        </w:rPr>
      </w:pPr>
      <w:r w:rsidRPr="00275AE4">
        <w:rPr>
          <w:rFonts w:asciiTheme="minorHAnsi" w:hAnsiTheme="minorHAnsi"/>
          <w:i/>
          <w:color w:val="auto"/>
        </w:rPr>
        <w:t>Luogo e data, [__________]</w:t>
      </w:r>
      <w:r w:rsidRPr="00275AE4">
        <w:rPr>
          <w:rFonts w:asciiTheme="minorHAnsi" w:hAnsiTheme="minorHAnsi"/>
          <w:i/>
          <w:color w:val="auto"/>
        </w:rPr>
        <w:br/>
      </w:r>
      <w:r w:rsidRPr="00275AE4">
        <w:rPr>
          <w:rFonts w:asciiTheme="minorHAnsi" w:hAnsiTheme="minorHAnsi"/>
          <w:i/>
          <w:color w:val="auto"/>
        </w:rPr>
        <w:br/>
      </w:r>
      <w:r w:rsidRPr="00275AE4">
        <w:rPr>
          <w:rFonts w:asciiTheme="minorHAnsi" w:hAnsiTheme="minorHAnsi"/>
          <w:i/>
          <w:color w:val="auto"/>
        </w:rPr>
        <w:br/>
      </w:r>
      <w:r w:rsidRPr="00275AE4">
        <w:rPr>
          <w:rFonts w:asciiTheme="minorHAnsi" w:hAnsiTheme="minorHAnsi"/>
          <w:b/>
          <w:color w:val="auto"/>
        </w:rPr>
        <w:t>Firma digitale del legale rappresentante</w:t>
      </w:r>
    </w:p>
    <w:sectPr w:rsidR="00BF10F9" w:rsidRPr="00275AE4" w:rsidSect="003A6988">
      <w:headerReference w:type="default" r:id="rId8"/>
      <w:pgSz w:w="12240" w:h="15840"/>
      <w:pgMar w:top="239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1AE" w:rsidRDefault="007B21AE" w:rsidP="003A6988">
      <w:pPr>
        <w:spacing w:after="0" w:line="240" w:lineRule="auto"/>
      </w:pPr>
      <w:r>
        <w:separator/>
      </w:r>
    </w:p>
  </w:endnote>
  <w:endnote w:type="continuationSeparator" w:id="0">
    <w:p w:rsidR="007B21AE" w:rsidRDefault="007B21AE" w:rsidP="003A6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1AE" w:rsidRDefault="007B21AE" w:rsidP="003A6988">
      <w:pPr>
        <w:spacing w:after="0" w:line="240" w:lineRule="auto"/>
      </w:pPr>
      <w:r>
        <w:separator/>
      </w:r>
    </w:p>
  </w:footnote>
  <w:footnote w:type="continuationSeparator" w:id="0">
    <w:p w:rsidR="007B21AE" w:rsidRDefault="007B21AE" w:rsidP="003A6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988" w:rsidRDefault="003A6988">
    <w:pPr>
      <w:pStyle w:val="Intestazione"/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8B80B9" wp14:editId="6CD62EEB">
              <wp:simplePos x="0" y="0"/>
              <wp:positionH relativeFrom="column">
                <wp:posOffset>508958</wp:posOffset>
              </wp:positionH>
              <wp:positionV relativeFrom="paragraph">
                <wp:posOffset>437251</wp:posOffset>
              </wp:positionV>
              <wp:extent cx="5214620" cy="428625"/>
              <wp:effectExtent l="0" t="0" r="508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4620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6988" w:rsidRPr="00DE2864" w:rsidRDefault="003A6988" w:rsidP="003A6988">
                          <w:pPr>
                            <w:spacing w:after="0"/>
                            <w:jc w:val="center"/>
                            <w:rPr>
                              <w:rFonts w:ascii="Baskerville Old Face" w:hAnsi="Baskerville Old Face"/>
                              <w:i/>
                              <w:spacing w:val="20"/>
                              <w:sz w:val="48"/>
                              <w:szCs w:val="50"/>
                            </w:rPr>
                          </w:pPr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 xml:space="preserve">Area </w:t>
                          </w:r>
                          <w:proofErr w:type="spellStart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>Informatizzazione</w:t>
                          </w:r>
                          <w:proofErr w:type="spellEnd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 xml:space="preserve">, </w:t>
                          </w:r>
                          <w:proofErr w:type="spellStart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>Supporto</w:t>
                          </w:r>
                          <w:proofErr w:type="spellEnd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 xml:space="preserve"> </w:t>
                          </w:r>
                          <w:proofErr w:type="spellStart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>Gare</w:t>
                          </w:r>
                          <w:proofErr w:type="spellEnd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 xml:space="preserve"> e </w:t>
                          </w:r>
                          <w:proofErr w:type="spellStart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>Contratti</w:t>
                          </w:r>
                          <w:proofErr w:type="spellEnd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 xml:space="preserve">, </w:t>
                          </w:r>
                          <w:proofErr w:type="spellStart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>Ricerca</w:t>
                          </w:r>
                          <w:proofErr w:type="spellEnd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 xml:space="preserve"> </w:t>
                          </w:r>
                          <w:proofErr w:type="spellStart"/>
                          <w:r w:rsidRPr="00DE2864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</w:rPr>
                            <w:t>Fondi</w:t>
                          </w:r>
                          <w:proofErr w:type="spellEnd"/>
                        </w:p>
                        <w:p w:rsidR="003A6988" w:rsidRDefault="003A6988" w:rsidP="003A6988">
                          <w:pPr>
                            <w:spacing w:after="0" w:line="120" w:lineRule="exact"/>
                            <w:jc w:val="center"/>
                            <w:rPr>
                              <w:rFonts w:ascii="Times New Roman" w:hAnsi="Times New Roman" w:cs="Times New Roman"/>
                              <w:spacing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8B80B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1pt;margin-top:34.45pt;width:410.6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9/SggIAAA8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" stroked="f">
              <v:textbox>
                <w:txbxContent>
                  <w:p w:rsidR="003A6988" w:rsidRPr="00DE2864" w:rsidRDefault="003A6988" w:rsidP="003A6988">
                    <w:pPr>
                      <w:spacing w:after="0"/>
                      <w:jc w:val="center"/>
                      <w:rPr>
                        <w:rFonts w:ascii="Baskerville Old Face" w:hAnsi="Baskerville Old Face"/>
                        <w:i/>
                        <w:spacing w:val="20"/>
                        <w:sz w:val="48"/>
                        <w:szCs w:val="50"/>
                      </w:rPr>
                    </w:pPr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 xml:space="preserve">Area </w:t>
                    </w:r>
                    <w:proofErr w:type="spellStart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>Informatizzazione</w:t>
                    </w:r>
                    <w:proofErr w:type="spellEnd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 xml:space="preserve">, </w:t>
                    </w:r>
                    <w:proofErr w:type="spellStart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>Supporto</w:t>
                    </w:r>
                    <w:proofErr w:type="spellEnd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 xml:space="preserve"> </w:t>
                    </w:r>
                    <w:proofErr w:type="spellStart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>Gare</w:t>
                    </w:r>
                    <w:proofErr w:type="spellEnd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 xml:space="preserve"> e </w:t>
                    </w:r>
                    <w:proofErr w:type="spellStart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>Contratti</w:t>
                    </w:r>
                    <w:proofErr w:type="spellEnd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 xml:space="preserve">, </w:t>
                    </w:r>
                    <w:proofErr w:type="spellStart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>Ricerca</w:t>
                    </w:r>
                    <w:proofErr w:type="spellEnd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 xml:space="preserve"> </w:t>
                    </w:r>
                    <w:proofErr w:type="spellStart"/>
                    <w:r w:rsidRPr="00DE2864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</w:rPr>
                      <w:t>Fondi</w:t>
                    </w:r>
                    <w:proofErr w:type="spellEnd"/>
                  </w:p>
                  <w:p w:rsidR="003A6988" w:rsidRDefault="003A6988" w:rsidP="003A6988">
                    <w:pPr>
                      <w:spacing w:after="0" w:line="120" w:lineRule="exact"/>
                      <w:jc w:val="center"/>
                      <w:rPr>
                        <w:rFonts w:ascii="Times New Roman" w:hAnsi="Times New Roman" w:cs="Times New Roman"/>
                        <w:spacing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41F636" wp14:editId="328F4471">
              <wp:simplePos x="0" y="0"/>
              <wp:positionH relativeFrom="column">
                <wp:posOffset>508958</wp:posOffset>
              </wp:positionH>
              <wp:positionV relativeFrom="paragraph">
                <wp:posOffset>-362309</wp:posOffset>
              </wp:positionV>
              <wp:extent cx="5214620" cy="714375"/>
              <wp:effectExtent l="0" t="0" r="5080" b="9525"/>
              <wp:wrapNone/>
              <wp:docPr id="3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4620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6988" w:rsidRPr="00D229FC" w:rsidRDefault="003A6988" w:rsidP="003A6988">
                          <w:pPr>
                            <w:spacing w:after="0"/>
                            <w:jc w:val="center"/>
                            <w:rPr>
                              <w:rFonts w:ascii="Baskerville Old Face" w:hAnsi="Baskerville Old Face"/>
                              <w:b/>
                              <w:spacing w:val="20"/>
                              <w:sz w:val="50"/>
                              <w:szCs w:val="50"/>
                            </w:rPr>
                          </w:pPr>
                          <w:r w:rsidRPr="00D229FC">
                            <w:rPr>
                              <w:rFonts w:ascii="Baskerville Old Face" w:hAnsi="Baskerville Old Face"/>
                              <w:b/>
                              <w:spacing w:val="20"/>
                              <w:sz w:val="50"/>
                              <w:szCs w:val="50"/>
                            </w:rPr>
                            <w:t>CITTÀ DI NOCERA SUPERIORE</w:t>
                          </w:r>
                        </w:p>
                        <w:p w:rsidR="003A6988" w:rsidRDefault="003A6988" w:rsidP="003A6988">
                          <w:pPr>
                            <w:spacing w:after="0" w:line="80" w:lineRule="atLeast"/>
                            <w:jc w:val="center"/>
                            <w:rPr>
                              <w:rFonts w:ascii="Times New Roman" w:hAnsi="Times New Roman" w:cs="Times New Roman"/>
                              <w:spacing w:val="40"/>
                            </w:rPr>
                          </w:pPr>
                          <w:r w:rsidRPr="003E55AF">
                            <w:rPr>
                              <w:rFonts w:ascii="Times New Roman" w:hAnsi="Times New Roman" w:cs="Times New Roman"/>
                              <w:spacing w:val="40"/>
                            </w:rPr>
                            <w:t>(</w:t>
                          </w:r>
                          <w:proofErr w:type="spellStart"/>
                          <w:r w:rsidRPr="00BB43B0">
                            <w:rPr>
                              <w:rFonts w:ascii="Times New Roman" w:hAnsi="Times New Roman" w:cs="Times New Roman"/>
                              <w:spacing w:val="40"/>
                            </w:rPr>
                            <w:t>Provincia</w:t>
                          </w:r>
                          <w:proofErr w:type="spellEnd"/>
                          <w:r w:rsidRPr="00BB43B0">
                            <w:rPr>
                              <w:rFonts w:ascii="Times New Roman" w:hAnsi="Times New Roman" w:cs="Times New Roman"/>
                              <w:spacing w:val="40"/>
                            </w:rPr>
                            <w:t xml:space="preserve"> di Salerno</w:t>
                          </w:r>
                          <w:r w:rsidRPr="003E55AF">
                            <w:rPr>
                              <w:rFonts w:ascii="Times New Roman" w:hAnsi="Times New Roman" w:cs="Times New Roman"/>
                              <w:spacing w:val="40"/>
                            </w:rPr>
                            <w:t>)</w:t>
                          </w:r>
                        </w:p>
                        <w:p w:rsidR="003A6988" w:rsidRDefault="003A6988" w:rsidP="003A6988">
                          <w:pPr>
                            <w:spacing w:after="0" w:line="120" w:lineRule="exact"/>
                            <w:jc w:val="center"/>
                            <w:rPr>
                              <w:rFonts w:ascii="Times New Roman" w:hAnsi="Times New Roman" w:cs="Times New Roman"/>
                              <w:spacing w:val="4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pacing w:val="40"/>
                            </w:rPr>
                            <w:t>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941F636" id="_x0000_s1027" type="#_x0000_t202" style="position:absolute;margin-left:40.1pt;margin-top:-28.55pt;width:410.6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Ewqhg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" stroked="f">
              <v:textbox>
                <w:txbxContent>
                  <w:p w:rsidR="003A6988" w:rsidRPr="00D229FC" w:rsidRDefault="003A6988" w:rsidP="003A6988">
                    <w:pPr>
                      <w:spacing w:after="0"/>
                      <w:jc w:val="center"/>
                      <w:rPr>
                        <w:rFonts w:ascii="Baskerville Old Face" w:hAnsi="Baskerville Old Face"/>
                        <w:b/>
                        <w:spacing w:val="20"/>
                        <w:sz w:val="50"/>
                        <w:szCs w:val="50"/>
                      </w:rPr>
                    </w:pPr>
                    <w:r w:rsidRPr="00D229FC">
                      <w:rPr>
                        <w:rFonts w:ascii="Baskerville Old Face" w:hAnsi="Baskerville Old Face"/>
                        <w:b/>
                        <w:spacing w:val="20"/>
                        <w:sz w:val="50"/>
                        <w:szCs w:val="50"/>
                      </w:rPr>
                      <w:t>CITTÀ DI NOCERA SUPERIORE</w:t>
                    </w:r>
                  </w:p>
                  <w:p w:rsidR="003A6988" w:rsidRDefault="003A6988" w:rsidP="003A6988">
                    <w:pPr>
                      <w:spacing w:after="0" w:line="80" w:lineRule="atLeast"/>
                      <w:jc w:val="center"/>
                      <w:rPr>
                        <w:rFonts w:ascii="Times New Roman" w:hAnsi="Times New Roman" w:cs="Times New Roman"/>
                        <w:spacing w:val="40"/>
                      </w:rPr>
                    </w:pPr>
                    <w:r w:rsidRPr="003E55AF">
                      <w:rPr>
                        <w:rFonts w:ascii="Times New Roman" w:hAnsi="Times New Roman" w:cs="Times New Roman"/>
                        <w:spacing w:val="40"/>
                      </w:rPr>
                      <w:t>(</w:t>
                    </w:r>
                    <w:proofErr w:type="spellStart"/>
                    <w:r w:rsidRPr="00BB43B0">
                      <w:rPr>
                        <w:rFonts w:ascii="Times New Roman" w:hAnsi="Times New Roman" w:cs="Times New Roman"/>
                        <w:spacing w:val="40"/>
                      </w:rPr>
                      <w:t>Provincia</w:t>
                    </w:r>
                    <w:proofErr w:type="spellEnd"/>
                    <w:r w:rsidRPr="00BB43B0">
                      <w:rPr>
                        <w:rFonts w:ascii="Times New Roman" w:hAnsi="Times New Roman" w:cs="Times New Roman"/>
                        <w:spacing w:val="40"/>
                      </w:rPr>
                      <w:t xml:space="preserve"> di Salerno</w:t>
                    </w:r>
                    <w:r w:rsidRPr="003E55AF">
                      <w:rPr>
                        <w:rFonts w:ascii="Times New Roman" w:hAnsi="Times New Roman" w:cs="Times New Roman"/>
                        <w:spacing w:val="40"/>
                      </w:rPr>
                      <w:t>)</w:t>
                    </w:r>
                  </w:p>
                  <w:p w:rsidR="003A6988" w:rsidRDefault="003A6988" w:rsidP="003A6988">
                    <w:pPr>
                      <w:spacing w:after="0" w:line="120" w:lineRule="exact"/>
                      <w:jc w:val="center"/>
                      <w:rPr>
                        <w:rFonts w:ascii="Times New Roman" w:hAnsi="Times New Roman" w:cs="Times New Roman"/>
                        <w:spacing w:val="40"/>
                      </w:rPr>
                    </w:pPr>
                    <w:r>
                      <w:rPr>
                        <w:rFonts w:ascii="Times New Roman" w:hAnsi="Times New Roman" w:cs="Times New Roman"/>
                        <w:spacing w:val="40"/>
                      </w:rPr>
                      <w:t>________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it-IT" w:eastAsia="it-IT"/>
      </w:rPr>
      <w:drawing>
        <wp:anchor distT="0" distB="0" distL="114300" distR="114300" simplePos="0" relativeHeight="251659264" behindDoc="0" locked="0" layoutInCell="1" allowOverlap="1" wp14:anchorId="0C19C21A" wp14:editId="5338232E">
          <wp:simplePos x="0" y="0"/>
          <wp:positionH relativeFrom="column">
            <wp:posOffset>-525600</wp:posOffset>
          </wp:positionH>
          <wp:positionV relativeFrom="paragraph">
            <wp:posOffset>-362225</wp:posOffset>
          </wp:positionV>
          <wp:extent cx="715992" cy="928918"/>
          <wp:effectExtent l="0" t="0" r="8255" b="5080"/>
          <wp:wrapNone/>
          <wp:docPr id="9" name="Immagine 9" descr="http://upload.wikimedia.org/wikipedia/it/e/e3/Nocera_Superiore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it/e/e3/Nocera_Superiore-Stemma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992" cy="9289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EE458F"/>
    <w:multiLevelType w:val="hybridMultilevel"/>
    <w:tmpl w:val="687685B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53DCFB"/>
    <w:multiLevelType w:val="hybridMultilevel"/>
    <w:tmpl w:val="C33671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08DF5B"/>
    <w:multiLevelType w:val="hybridMultilevel"/>
    <w:tmpl w:val="3AEDC7C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4D4604A"/>
    <w:multiLevelType w:val="hybridMultilevel"/>
    <w:tmpl w:val="95B683D6"/>
    <w:lvl w:ilvl="0" w:tplc="FFFFFFFF">
      <w:start w:val="1"/>
      <w:numFmt w:val="bullet"/>
      <w:lvlText w:val="•"/>
      <w:lvlJc w:val="left"/>
    </w:lvl>
    <w:lvl w:ilvl="1" w:tplc="59ADEEE0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E0C20BA"/>
    <w:multiLevelType w:val="hybridMultilevel"/>
    <w:tmpl w:val="330F465D"/>
    <w:lvl w:ilvl="0" w:tplc="FFFFFFFF">
      <w:start w:val="1"/>
      <w:numFmt w:val="bullet"/>
      <w:lvlText w:val="•"/>
      <w:lvlJc w:val="left"/>
    </w:lvl>
    <w:lvl w:ilvl="1" w:tplc="1E5EA5EA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6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7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8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0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1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12C1ED3"/>
    <w:multiLevelType w:val="hybridMultilevel"/>
    <w:tmpl w:val="6730172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E98BB1"/>
    <w:multiLevelType w:val="hybridMultilevel"/>
    <w:tmpl w:val="48DBAA84"/>
    <w:lvl w:ilvl="0" w:tplc="FFFFFFFF">
      <w:start w:val="1"/>
      <w:numFmt w:val="bullet"/>
      <w:lvlText w:val="•"/>
      <w:lvlJc w:val="left"/>
    </w:lvl>
    <w:lvl w:ilvl="1" w:tplc="9EA9A924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4B472BA"/>
    <w:multiLevelType w:val="hybridMultilevel"/>
    <w:tmpl w:val="209EA4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D1DE2D"/>
    <w:multiLevelType w:val="hybridMultilevel"/>
    <w:tmpl w:val="D61FAD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231990B6"/>
    <w:multiLevelType w:val="hybridMultilevel"/>
    <w:tmpl w:val="A322D1A0"/>
    <w:lvl w:ilvl="0" w:tplc="FFFFFFFF">
      <w:start w:val="1"/>
      <w:numFmt w:val="bullet"/>
      <w:lvlText w:val="•"/>
      <w:lvlJc w:val="left"/>
    </w:lvl>
    <w:lvl w:ilvl="1" w:tplc="0410000D">
      <w:start w:val="1"/>
      <w:numFmt w:val="bullet"/>
      <w:lvlText w:val=""/>
      <w:lvlJc w:val="left"/>
      <w:rPr>
        <w:rFonts w:ascii="Wingdings" w:hAnsi="Wingdings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B4E1B0A"/>
    <w:multiLevelType w:val="hybridMultilevel"/>
    <w:tmpl w:val="1E60BAB8"/>
    <w:lvl w:ilvl="0" w:tplc="4F8866AA">
      <w:numFmt w:val="bullet"/>
      <w:lvlText w:val="•"/>
      <w:lvlJc w:val="left"/>
      <w:pPr>
        <w:ind w:left="793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20" w15:restartNumberingAfterBreak="0">
    <w:nsid w:val="30655FD6"/>
    <w:multiLevelType w:val="hybridMultilevel"/>
    <w:tmpl w:val="A8D6B1F2"/>
    <w:lvl w:ilvl="0" w:tplc="3AD43DE4">
      <w:numFmt w:val="bullet"/>
      <w:lvlText w:val="•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4318CA"/>
    <w:multiLevelType w:val="hybridMultilevel"/>
    <w:tmpl w:val="7D2C960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25A68F"/>
    <w:multiLevelType w:val="hybridMultilevel"/>
    <w:tmpl w:val="C99B95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3A9064F"/>
    <w:multiLevelType w:val="hybridMultilevel"/>
    <w:tmpl w:val="8954EA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46D08"/>
    <w:multiLevelType w:val="hybridMultilevel"/>
    <w:tmpl w:val="6E06D289"/>
    <w:lvl w:ilvl="0" w:tplc="FFFFFFFF">
      <w:start w:val="1"/>
      <w:numFmt w:val="bullet"/>
      <w:lvlText w:val="•"/>
      <w:lvlJc w:val="left"/>
    </w:lvl>
    <w:lvl w:ilvl="1" w:tplc="A3688AC3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F8F1EF9"/>
    <w:multiLevelType w:val="hybridMultilevel"/>
    <w:tmpl w:val="1382B12E"/>
    <w:lvl w:ilvl="0" w:tplc="4F8866AA">
      <w:numFmt w:val="bullet"/>
      <w:lvlText w:val="•"/>
      <w:lvlJc w:val="left"/>
      <w:pPr>
        <w:ind w:left="644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6F921243"/>
    <w:multiLevelType w:val="hybridMultilevel"/>
    <w:tmpl w:val="84C61C6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8B5511"/>
    <w:multiLevelType w:val="hybridMultilevel"/>
    <w:tmpl w:val="0ED66DE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1B6F23"/>
    <w:multiLevelType w:val="hybridMultilevel"/>
    <w:tmpl w:val="B7165F42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9"/>
  </w:num>
  <w:num w:numId="5">
    <w:abstractNumId w:val="12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16"/>
  </w:num>
  <w:num w:numId="11">
    <w:abstractNumId w:val="20"/>
  </w:num>
  <w:num w:numId="12">
    <w:abstractNumId w:val="3"/>
  </w:num>
  <w:num w:numId="13">
    <w:abstractNumId w:val="22"/>
  </w:num>
  <w:num w:numId="14">
    <w:abstractNumId w:val="24"/>
  </w:num>
  <w:num w:numId="15">
    <w:abstractNumId w:val="1"/>
  </w:num>
  <w:num w:numId="16">
    <w:abstractNumId w:val="4"/>
  </w:num>
  <w:num w:numId="17">
    <w:abstractNumId w:val="18"/>
  </w:num>
  <w:num w:numId="18">
    <w:abstractNumId w:val="0"/>
  </w:num>
  <w:num w:numId="19">
    <w:abstractNumId w:val="2"/>
  </w:num>
  <w:num w:numId="20">
    <w:abstractNumId w:val="17"/>
  </w:num>
  <w:num w:numId="21">
    <w:abstractNumId w:val="15"/>
  </w:num>
  <w:num w:numId="22">
    <w:abstractNumId w:val="23"/>
  </w:num>
  <w:num w:numId="23">
    <w:abstractNumId w:val="21"/>
  </w:num>
  <w:num w:numId="24">
    <w:abstractNumId w:val="26"/>
  </w:num>
  <w:num w:numId="25">
    <w:abstractNumId w:val="27"/>
  </w:num>
  <w:num w:numId="26">
    <w:abstractNumId w:val="14"/>
  </w:num>
  <w:num w:numId="27">
    <w:abstractNumId w:val="28"/>
  </w:num>
  <w:num w:numId="28">
    <w:abstractNumId w:val="25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76AB5"/>
    <w:rsid w:val="000A0B4B"/>
    <w:rsid w:val="000E4C15"/>
    <w:rsid w:val="00106410"/>
    <w:rsid w:val="00126C50"/>
    <w:rsid w:val="0015074B"/>
    <w:rsid w:val="00275AE4"/>
    <w:rsid w:val="0029639D"/>
    <w:rsid w:val="002E6E3F"/>
    <w:rsid w:val="00326F90"/>
    <w:rsid w:val="003A6988"/>
    <w:rsid w:val="00417DC8"/>
    <w:rsid w:val="00595CCE"/>
    <w:rsid w:val="005E2906"/>
    <w:rsid w:val="00733016"/>
    <w:rsid w:val="00793BBF"/>
    <w:rsid w:val="00793EDA"/>
    <w:rsid w:val="007B21AE"/>
    <w:rsid w:val="008D00DE"/>
    <w:rsid w:val="008E1233"/>
    <w:rsid w:val="00942096"/>
    <w:rsid w:val="009759DA"/>
    <w:rsid w:val="00AA1D8D"/>
    <w:rsid w:val="00B47730"/>
    <w:rsid w:val="00BF10F9"/>
    <w:rsid w:val="00BF78F4"/>
    <w:rsid w:val="00C75B63"/>
    <w:rsid w:val="00CB0664"/>
    <w:rsid w:val="00CC12BE"/>
    <w:rsid w:val="00CE3848"/>
    <w:rsid w:val="00E665B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EB5710D"/>
  <w14:defaultImageDpi w14:val="300"/>
  <w15:docId w15:val="{99AFD694-825E-4F67-BEA7-C2DD76A70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  <w:rPr>
      <w:rFonts w:ascii="Calibri" w:hAnsi="Calibri"/>
      <w:color w:val="333333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275A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C5CE12-E4CC-4722-A052-929DA0151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Marco Volpe</cp:lastModifiedBy>
  <cp:revision>3</cp:revision>
  <dcterms:created xsi:type="dcterms:W3CDTF">2026-10-19T11:00:00Z</dcterms:created>
  <dcterms:modified xsi:type="dcterms:W3CDTF">2026-10-19T11:00:00Z</dcterms:modified>
  <cp:category/>
</cp:coreProperties>
</file>