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E19" w:rsidRPr="00DC2FF3" w:rsidRDefault="00D16E19" w:rsidP="00D16E19">
      <w:pPr>
        <w:jc w:val="center"/>
        <w:rPr>
          <w:rFonts w:asciiTheme="minorHAnsi" w:hAnsiTheme="minorHAnsi"/>
          <w:b/>
          <w:color w:val="auto"/>
          <w:lang w:val="it-IT"/>
        </w:rPr>
      </w:pPr>
      <w:r w:rsidRPr="00DC2FF3">
        <w:rPr>
          <w:rFonts w:asciiTheme="minorHAnsi" w:hAnsiTheme="minorHAnsi"/>
          <w:b/>
          <w:color w:val="auto"/>
          <w:lang w:val="it-IT"/>
        </w:rPr>
        <w:t>ALLEGATO A</w:t>
      </w:r>
      <w:r w:rsidR="00DC2FF3">
        <w:rPr>
          <w:rFonts w:asciiTheme="minorHAnsi" w:hAnsiTheme="minorHAnsi"/>
          <w:b/>
          <w:color w:val="auto"/>
          <w:lang w:val="it-IT"/>
        </w:rPr>
        <w:t xml:space="preserve"> - bis</w:t>
      </w:r>
      <w:r w:rsidRPr="00DC2FF3">
        <w:rPr>
          <w:rFonts w:asciiTheme="minorHAnsi" w:hAnsiTheme="minorHAnsi"/>
          <w:b/>
          <w:color w:val="auto"/>
          <w:lang w:val="it-IT"/>
        </w:rPr>
        <w:br/>
        <w:t>MODELLO DI MANIFESTAZIONE DI INTERESSE E DICHIARAZIONE DEI REQUISITI</w:t>
      </w:r>
    </w:p>
    <w:p w:rsidR="008C412B" w:rsidRPr="00DC2FF3" w:rsidRDefault="00D16E19" w:rsidP="00D16E19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b/>
          <w:color w:val="auto"/>
          <w:lang w:val="it-IT"/>
        </w:rPr>
        <w:t>PER SOGGETTI PLURISOGGETTIVI / RAGGRUPPAMENTI TEMPORANEI (RTI/CONSORZI)</w:t>
      </w:r>
      <w:r w:rsidRPr="00DC2FF3">
        <w:rPr>
          <w:rFonts w:asciiTheme="minorHAnsi" w:hAnsiTheme="minorHAnsi"/>
          <w:b/>
          <w:color w:val="auto"/>
          <w:lang w:val="it-IT"/>
        </w:rPr>
        <w:br/>
      </w:r>
      <w:r w:rsidRPr="00DC2FF3">
        <w:rPr>
          <w:rFonts w:asciiTheme="minorHAnsi" w:hAnsiTheme="minorHAnsi"/>
          <w:i/>
          <w:color w:val="auto"/>
          <w:lang w:val="it-IT"/>
        </w:rPr>
        <w:t>(da allegare alla risposta all'Avviso d'Indagine di Mercato sulla piattaforma MEPA)</w:t>
      </w:r>
    </w:p>
    <w:p w:rsidR="00EC6C83" w:rsidRPr="00DC2FF3" w:rsidRDefault="00EC6C83" w:rsidP="00D16E19">
      <w:pPr>
        <w:spacing w:after="240"/>
        <w:rPr>
          <w:rFonts w:asciiTheme="minorHAnsi" w:hAnsiTheme="minorHAnsi"/>
          <w:b/>
          <w:color w:val="auto"/>
          <w:lang w:val="it-IT"/>
        </w:rPr>
      </w:pPr>
    </w:p>
    <w:p w:rsidR="00D16E19" w:rsidRPr="00DC2FF3" w:rsidRDefault="00D16E19" w:rsidP="00D16E19">
      <w:pPr>
        <w:spacing w:after="240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b/>
          <w:color w:val="auto"/>
          <w:lang w:val="it-IT"/>
        </w:rPr>
        <w:t>Spett.le Comune di Nocera Superiore</w:t>
      </w:r>
      <w:r w:rsidRPr="00DC2FF3">
        <w:rPr>
          <w:rFonts w:asciiTheme="minorHAnsi" w:hAnsiTheme="minorHAnsi"/>
          <w:b/>
          <w:color w:val="auto"/>
          <w:lang w:val="it-IT"/>
        </w:rPr>
        <w:br/>
        <w:t>Area Informatizzazione, Supporto Gare e Contratti, Ricerca Fondi</w:t>
      </w:r>
      <w:r w:rsidRPr="00DC2FF3">
        <w:rPr>
          <w:rFonts w:asciiTheme="minorHAnsi" w:hAnsiTheme="minorHAnsi"/>
          <w:b/>
          <w:color w:val="auto"/>
          <w:lang w:val="it-IT"/>
        </w:rPr>
        <w:br/>
      </w:r>
      <w:r w:rsidRPr="00DC2FF3">
        <w:rPr>
          <w:rFonts w:asciiTheme="minorHAnsi" w:hAnsiTheme="minorHAnsi"/>
          <w:i/>
          <w:color w:val="auto"/>
          <w:lang w:val="it-IT"/>
        </w:rPr>
        <w:t>(Risposta a sistema su Piattaforma MEPA - Avviso ID: [__________])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I/Le sottoscritti/e: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 xml:space="preserve">1. [Nome e Cognome], nato/a </w:t>
      </w:r>
      <w:proofErr w:type="spellStart"/>
      <w:r w:rsidRPr="00DC2FF3">
        <w:rPr>
          <w:rFonts w:asciiTheme="minorHAnsi" w:hAnsiTheme="minorHAnsi"/>
          <w:color w:val="auto"/>
          <w:lang w:val="it-IT"/>
        </w:rPr>
        <w:t>a</w:t>
      </w:r>
      <w:proofErr w:type="spellEnd"/>
      <w:r w:rsidRPr="00DC2FF3">
        <w:rPr>
          <w:rFonts w:asciiTheme="minorHAnsi" w:hAnsiTheme="minorHAnsi"/>
          <w:color w:val="auto"/>
          <w:lang w:val="it-IT"/>
        </w:rPr>
        <w:t xml:space="preserve"> [____] il [__/__/____], C.F. [__________], in qualità di [legale rappresentante / procuratore] dell'operatore economico [Denominazione Mandataria/Capogruppo], con sede legale in [____], Via/Piazza [__________], C.F./P.IVA [____], PEC [____], 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 xml:space="preserve">in qualità di </w:t>
      </w:r>
      <w:r w:rsidR="00D16E19" w:rsidRPr="00DC2FF3">
        <w:rPr>
          <w:rFonts w:asciiTheme="minorHAnsi" w:hAnsiTheme="minorHAnsi"/>
          <w:b/>
          <w:color w:val="auto"/>
          <w:lang w:val="it-IT"/>
        </w:rPr>
        <w:t>MANDATARIA/CAPOGRUPPO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e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 xml:space="preserve">2. [Nome e Cognome], nato/a </w:t>
      </w:r>
      <w:proofErr w:type="spellStart"/>
      <w:r w:rsidRPr="00DC2FF3">
        <w:rPr>
          <w:rFonts w:asciiTheme="minorHAnsi" w:hAnsiTheme="minorHAnsi"/>
          <w:color w:val="auto"/>
          <w:lang w:val="it-IT"/>
        </w:rPr>
        <w:t>a</w:t>
      </w:r>
      <w:proofErr w:type="spellEnd"/>
      <w:r w:rsidRPr="00DC2FF3">
        <w:rPr>
          <w:rFonts w:asciiTheme="minorHAnsi" w:hAnsiTheme="minorHAnsi"/>
          <w:color w:val="auto"/>
          <w:lang w:val="it-IT"/>
        </w:rPr>
        <w:t xml:space="preserve"> [____] il [__/__/____], C.F. [__________], in qualità di [legale rappresentante / procuratore] dell'operatore economico [Denominazione Mandante 1], con sede legale in [____], Via/Piazza [__________], C.F./P.IVA [____], PEC [____], 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 xml:space="preserve">in qualità di </w:t>
      </w:r>
      <w:r w:rsidR="00D16E19" w:rsidRPr="00DC2FF3">
        <w:rPr>
          <w:rFonts w:asciiTheme="minorHAnsi" w:hAnsiTheme="minorHAnsi"/>
          <w:b/>
          <w:color w:val="auto"/>
          <w:lang w:val="it-IT"/>
        </w:rPr>
        <w:t>MANDANTE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(eventuali ulteriori mandanti...)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facenti parte del [Raggruppamento Temporaneo di Imprese / Consorzio Ordinario / Rete di Imprese]: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proofErr w:type="gramStart"/>
      <w:r w:rsidRPr="00DC2FF3">
        <w:rPr>
          <w:rFonts w:asciiTheme="minorHAnsi" w:hAnsiTheme="minorHAnsi"/>
          <w:color w:val="auto"/>
          <w:lang w:val="it-IT"/>
        </w:rPr>
        <w:t>[ ]</w:t>
      </w:r>
      <w:proofErr w:type="gramEnd"/>
      <w:r w:rsidRPr="00DC2FF3">
        <w:rPr>
          <w:rFonts w:asciiTheme="minorHAnsi" w:hAnsiTheme="minorHAnsi"/>
          <w:color w:val="auto"/>
          <w:lang w:val="it-IT"/>
        </w:rPr>
        <w:t xml:space="preserve"> costituito giusta scrittura privata autenticata/atto pubblico del [__/__/____] a rogito del Notaio [____];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proofErr w:type="gramStart"/>
      <w:r w:rsidRPr="00DC2FF3">
        <w:rPr>
          <w:rFonts w:asciiTheme="minorHAnsi" w:hAnsiTheme="minorHAnsi"/>
          <w:color w:val="auto"/>
          <w:lang w:val="it-IT"/>
        </w:rPr>
        <w:t>[ ]</w:t>
      </w:r>
      <w:proofErr w:type="gramEnd"/>
      <w:r w:rsidRPr="00DC2FF3">
        <w:rPr>
          <w:rFonts w:asciiTheme="minorHAnsi" w:hAnsiTheme="minorHAnsi"/>
          <w:color w:val="auto"/>
          <w:lang w:val="it-IT"/>
        </w:rPr>
        <w:t xml:space="preserve"> NON ancora costituito (da costituirsi in caso di invito e successiva aggiudicazione);</w:t>
      </w:r>
    </w:p>
    <w:p w:rsidR="008C412B" w:rsidRPr="00DC2FF3" w:rsidRDefault="008C412B" w:rsidP="00D16E19">
      <w:pPr>
        <w:jc w:val="center"/>
        <w:rPr>
          <w:rFonts w:asciiTheme="minorHAnsi" w:hAnsiTheme="minorHAnsi"/>
          <w:b/>
          <w:color w:val="auto"/>
          <w:lang w:val="it-IT"/>
        </w:rPr>
      </w:pPr>
      <w:r w:rsidRPr="00DC2FF3">
        <w:rPr>
          <w:rFonts w:asciiTheme="minorHAnsi" w:hAnsiTheme="minorHAnsi"/>
          <w:b/>
          <w:color w:val="auto"/>
          <w:lang w:val="it-IT"/>
        </w:rPr>
        <w:t>MANIFESTANO CONGIUNTAMENTE IL PROPRIO INTERESSE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a essere invitati alla procedura sul MEPA per l'affidamento del servizio di assistenza e supporto informatico del Comune di Nocera Superiore, e, consapevoli delle sanzioni penali previste dall'art. 76 del D.P.R. 445/2000 per le dichiarazioni mendaci,</w:t>
      </w:r>
    </w:p>
    <w:p w:rsidR="008C412B" w:rsidRPr="00DC2FF3" w:rsidRDefault="008C412B" w:rsidP="00D16E19">
      <w:pPr>
        <w:jc w:val="center"/>
        <w:rPr>
          <w:rFonts w:asciiTheme="minorHAnsi" w:hAnsiTheme="minorHAnsi"/>
          <w:b/>
          <w:color w:val="auto"/>
          <w:lang w:val="it-IT"/>
        </w:rPr>
      </w:pPr>
      <w:r w:rsidRPr="00DC2FF3">
        <w:rPr>
          <w:rFonts w:asciiTheme="minorHAnsi" w:hAnsiTheme="minorHAnsi"/>
          <w:b/>
          <w:color w:val="auto"/>
          <w:lang w:val="it-IT"/>
        </w:rPr>
        <w:t>DICHIARANO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lastRenderedPageBreak/>
        <w:t>1. che il raggruppamento/consorzio è formato dagli operatori sopra indicati e che la ripartizione indicativa delle prestazioni/quote all'interno del raggruppamento è la seguente:</w:t>
      </w:r>
    </w:p>
    <w:p w:rsidR="00022121" w:rsidRDefault="008C412B" w:rsidP="008C412B">
      <w:pPr>
        <w:pStyle w:val="Paragrafoelenco"/>
        <w:numPr>
          <w:ilvl w:val="0"/>
          <w:numId w:val="35"/>
        </w:numPr>
        <w:jc w:val="both"/>
        <w:rPr>
          <w:rFonts w:asciiTheme="minorHAnsi" w:hAnsiTheme="minorHAnsi"/>
          <w:color w:val="auto"/>
          <w:lang w:val="it-IT"/>
        </w:rPr>
      </w:pPr>
      <w:r w:rsidRPr="00022121">
        <w:rPr>
          <w:rFonts w:asciiTheme="minorHAnsi" w:hAnsiTheme="minorHAnsi"/>
          <w:color w:val="auto"/>
          <w:lang w:val="it-IT"/>
        </w:rPr>
        <w:t>[Denominazione Mandataria]: quote % di partecipazione/esecuzione: [___</w:t>
      </w:r>
      <w:proofErr w:type="gramStart"/>
      <w:r w:rsidRPr="00022121">
        <w:rPr>
          <w:rFonts w:asciiTheme="minorHAnsi" w:hAnsiTheme="minorHAnsi"/>
          <w:color w:val="auto"/>
          <w:lang w:val="it-IT"/>
        </w:rPr>
        <w:t>_]%</w:t>
      </w:r>
      <w:proofErr w:type="gramEnd"/>
    </w:p>
    <w:p w:rsidR="008C412B" w:rsidRPr="00022121" w:rsidRDefault="008C412B" w:rsidP="008C412B">
      <w:pPr>
        <w:pStyle w:val="Paragrafoelenco"/>
        <w:numPr>
          <w:ilvl w:val="0"/>
          <w:numId w:val="35"/>
        </w:numPr>
        <w:jc w:val="both"/>
        <w:rPr>
          <w:rFonts w:asciiTheme="minorHAnsi" w:hAnsiTheme="minorHAnsi"/>
          <w:color w:val="auto"/>
          <w:lang w:val="it-IT"/>
        </w:rPr>
      </w:pPr>
      <w:r w:rsidRPr="00022121">
        <w:rPr>
          <w:rFonts w:asciiTheme="minorHAnsi" w:hAnsiTheme="minorHAnsi"/>
          <w:color w:val="auto"/>
          <w:lang w:val="it-IT"/>
        </w:rPr>
        <w:t>[Denominazione Mandante 1]: quote % di partecipazione/esecuzione: [___</w:t>
      </w:r>
      <w:proofErr w:type="gramStart"/>
      <w:r w:rsidRPr="00022121">
        <w:rPr>
          <w:rFonts w:asciiTheme="minorHAnsi" w:hAnsiTheme="minorHAnsi"/>
          <w:color w:val="auto"/>
          <w:lang w:val="it-IT"/>
        </w:rPr>
        <w:t>_]%</w:t>
      </w:r>
      <w:proofErr w:type="gramEnd"/>
    </w:p>
    <w:p w:rsidR="00DC2FF3" w:rsidRPr="00DC2FF3" w:rsidRDefault="00DC2FF3" w:rsidP="00DC2FF3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(eventuali ulteriori mandanti...)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 xml:space="preserve">2. (in caso di RTI/Consorzio NON ancora costituito) di impegnarsi, in caso di invito e di successiva aggiudicazione della gara, a conformarsi alla disciplina di cui all'art. 68 del </w:t>
      </w:r>
      <w:proofErr w:type="spellStart"/>
      <w:proofErr w:type="gramStart"/>
      <w:r w:rsidRPr="00DC2FF3">
        <w:rPr>
          <w:rFonts w:asciiTheme="minorHAnsi" w:hAnsiTheme="minorHAnsi"/>
          <w:color w:val="auto"/>
          <w:lang w:val="it-IT"/>
        </w:rPr>
        <w:t>D.Lgs</w:t>
      </w:r>
      <w:proofErr w:type="gramEnd"/>
      <w:r w:rsidRPr="00DC2FF3">
        <w:rPr>
          <w:rFonts w:asciiTheme="minorHAnsi" w:hAnsiTheme="minorHAnsi"/>
          <w:color w:val="auto"/>
          <w:lang w:val="it-IT"/>
        </w:rPr>
        <w:t>.</w:t>
      </w:r>
      <w:proofErr w:type="spellEnd"/>
      <w:r w:rsidRPr="00DC2FF3">
        <w:rPr>
          <w:rFonts w:asciiTheme="minorHAnsi" w:hAnsiTheme="minorHAnsi"/>
          <w:color w:val="auto"/>
          <w:lang w:val="it-IT"/>
        </w:rPr>
        <w:t xml:space="preserve"> 36/2023 conferendo mandato speciale con rappresentanza all'operatore economico qualificato come Mandatario/Capogruppo;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3. che ciascuno degli operatori economici componenti il raggruppamento/consorzio: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 xml:space="preserve">   a) è abilitato al Mercato Elettronico della Pubblica Amministrazione (MEPA) sul portale www.acquistinretepa.it per la categoria/bando pertinente all'oggetto del servizio;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 xml:space="preserve">   b) non si trova in alcuna delle cause di esclusione di cui agli artt. 94, 95 e, ove applicabile, 98 del </w:t>
      </w:r>
      <w:proofErr w:type="spellStart"/>
      <w:proofErr w:type="gramStart"/>
      <w:r w:rsidRPr="00DC2FF3">
        <w:rPr>
          <w:rFonts w:asciiTheme="minorHAnsi" w:hAnsiTheme="minorHAnsi"/>
          <w:color w:val="auto"/>
          <w:lang w:val="it-IT"/>
        </w:rPr>
        <w:t>D.Lgs</w:t>
      </w:r>
      <w:proofErr w:type="gramEnd"/>
      <w:r w:rsidRPr="00DC2FF3">
        <w:rPr>
          <w:rFonts w:asciiTheme="minorHAnsi" w:hAnsiTheme="minorHAnsi"/>
          <w:color w:val="auto"/>
          <w:lang w:val="it-IT"/>
        </w:rPr>
        <w:t>.</w:t>
      </w:r>
      <w:proofErr w:type="spellEnd"/>
      <w:r w:rsidRPr="00DC2FF3">
        <w:rPr>
          <w:rFonts w:asciiTheme="minorHAnsi" w:hAnsiTheme="minorHAnsi"/>
          <w:color w:val="auto"/>
          <w:lang w:val="it-IT"/>
        </w:rPr>
        <w:t xml:space="preserve"> 36/2023;</w:t>
      </w:r>
    </w:p>
    <w:p w:rsidR="008C412B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 xml:space="preserve">   c) </w:t>
      </w:r>
      <w:r w:rsidR="00022121" w:rsidRPr="00022121">
        <w:rPr>
          <w:rFonts w:asciiTheme="minorHAnsi" w:hAnsiTheme="minorHAnsi"/>
          <w:color w:val="auto"/>
          <w:lang w:val="it-IT"/>
        </w:rPr>
        <w:t>che ciascuno degli operatori economici componenti il raggruppamento/consorzio è iscritto al Registro delle Imprese presso la CCIAA come segue</w:t>
      </w:r>
      <w:r w:rsidR="00022121">
        <w:rPr>
          <w:rFonts w:asciiTheme="minorHAnsi" w:hAnsiTheme="minorHAnsi"/>
          <w:color w:val="auto"/>
          <w:lang w:val="it-IT"/>
        </w:rPr>
        <w:t>:</w:t>
      </w:r>
    </w:p>
    <w:p w:rsidR="00022121" w:rsidRPr="00022121" w:rsidRDefault="00022121" w:rsidP="00022121">
      <w:pPr>
        <w:pStyle w:val="Paragrafoelenco"/>
        <w:numPr>
          <w:ilvl w:val="0"/>
          <w:numId w:val="33"/>
        </w:numPr>
        <w:jc w:val="both"/>
        <w:rPr>
          <w:rFonts w:asciiTheme="minorHAnsi" w:hAnsiTheme="minorHAnsi"/>
          <w:color w:val="auto"/>
          <w:lang w:val="it-IT"/>
        </w:rPr>
      </w:pPr>
      <w:r w:rsidRPr="00022121">
        <w:rPr>
          <w:rFonts w:asciiTheme="minorHAnsi" w:hAnsiTheme="minorHAnsi"/>
          <w:color w:val="auto"/>
          <w:lang w:val="it-IT"/>
        </w:rPr>
        <w:t>[Denominazione Mandataria]: CCIAA di [_________], n. REA [_________], per attività coere</w:t>
      </w:r>
      <w:r w:rsidRPr="00022121">
        <w:rPr>
          <w:rFonts w:asciiTheme="minorHAnsi" w:hAnsiTheme="minorHAnsi"/>
          <w:color w:val="auto"/>
          <w:lang w:val="it-IT"/>
        </w:rPr>
        <w:t>nte con l'oggetto del servizio;</w:t>
      </w:r>
    </w:p>
    <w:p w:rsidR="00022121" w:rsidRPr="00022121" w:rsidRDefault="00022121" w:rsidP="00022121">
      <w:pPr>
        <w:pStyle w:val="Paragrafoelenco"/>
        <w:numPr>
          <w:ilvl w:val="0"/>
          <w:numId w:val="33"/>
        </w:numPr>
        <w:jc w:val="both"/>
        <w:rPr>
          <w:rFonts w:asciiTheme="minorHAnsi" w:hAnsiTheme="minorHAnsi"/>
          <w:color w:val="auto"/>
          <w:lang w:val="it-IT"/>
        </w:rPr>
      </w:pPr>
      <w:r w:rsidRPr="00022121">
        <w:rPr>
          <w:rFonts w:asciiTheme="minorHAnsi" w:hAnsiTheme="minorHAnsi"/>
          <w:color w:val="auto"/>
          <w:lang w:val="it-IT"/>
        </w:rPr>
        <w:t>[Denominazione Mandante 1]: CCIAA di [_________], n. REA [_________], per attività coerente con l'oggetto del servizio;</w:t>
      </w:r>
    </w:p>
    <w:p w:rsidR="00022121" w:rsidRPr="00DC2FF3" w:rsidRDefault="00022121" w:rsidP="00022121">
      <w:pPr>
        <w:jc w:val="both"/>
        <w:rPr>
          <w:rFonts w:asciiTheme="minorHAnsi" w:hAnsiTheme="minorHAnsi"/>
          <w:color w:val="auto"/>
          <w:lang w:val="it-IT"/>
        </w:rPr>
      </w:pPr>
      <w:r w:rsidRPr="00022121">
        <w:rPr>
          <w:rFonts w:asciiTheme="minorHAnsi" w:hAnsiTheme="minorHAnsi"/>
          <w:color w:val="auto"/>
          <w:lang w:val="it-IT"/>
        </w:rPr>
        <w:t xml:space="preserve">      (eventuali ulteriori mandanti...)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4. che il possesso del requisito di capacità tecnico-professionale di cui all'art. 5 dell'Avviso (esecuzione negli ultimi 10 anni di servizi analoghi per almeno 36 mesi ed importo non inferiore ad € 20.000,00) è posseduto cumulativamente dal raggruppamento come segue:</w:t>
      </w:r>
    </w:p>
    <w:p w:rsidR="008C412B" w:rsidRPr="00DC2FF3" w:rsidRDefault="008C412B" w:rsidP="00DC2FF3">
      <w:pPr>
        <w:pStyle w:val="Paragrafoelenco"/>
        <w:numPr>
          <w:ilvl w:val="0"/>
          <w:numId w:val="31"/>
        </w:numPr>
        <w:jc w:val="both"/>
        <w:rPr>
          <w:rFonts w:asciiTheme="minorHAnsi" w:hAnsiTheme="minorHAnsi"/>
          <w:color w:val="auto"/>
          <w:lang w:val="it-IT"/>
        </w:rPr>
      </w:pPr>
      <w:bookmarkStart w:id="0" w:name="_GoBack"/>
      <w:bookmarkEnd w:id="0"/>
      <w:r w:rsidRPr="00DC2FF3">
        <w:rPr>
          <w:rFonts w:asciiTheme="minorHAnsi" w:hAnsiTheme="minorHAnsi"/>
          <w:color w:val="auto"/>
          <w:lang w:val="it-IT"/>
        </w:rPr>
        <w:t>Per l'operatore [Denominazione Mandataria]: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 xml:space="preserve">     Committente: [____] – Oggetto: [____] – Periodo: [____] – Importo: € [____]</w:t>
      </w:r>
    </w:p>
    <w:p w:rsidR="008C412B" w:rsidRPr="00DC2FF3" w:rsidRDefault="008C412B" w:rsidP="00DC2FF3">
      <w:pPr>
        <w:pStyle w:val="Paragrafoelenco"/>
        <w:numPr>
          <w:ilvl w:val="0"/>
          <w:numId w:val="31"/>
        </w:num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Per l'operatore [Denominazione Mandante 1]: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 xml:space="preserve">     Committente: [____] – Oggetto: [____] – Periodo: [____] – Importo: € [____]</w:t>
      </w:r>
    </w:p>
    <w:p w:rsidR="00DC2FF3" w:rsidRPr="00DC2FF3" w:rsidRDefault="00DC2FF3" w:rsidP="00DC2FF3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(eventuali ulteriori mandanti...)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lastRenderedPageBreak/>
        <w:t>5. di aver preso piena e integrale visione dell'Avviso d'Indagine pubblicato sul MEPA e di accettarne integralmente ed incondizionatamente il contenuto;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6. che la manifestazione di interesse non costituisce diritto all'affidamento né vincola la Stazione Appaltante;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7. di autorizzare il trattamento dei dati personali ai sensi del Regolamento (UE) 2016/679 per le finalità della procedura;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8. di eleggere come domicilio digitale per tutte le comunicazioni la PEC della Società Mandataria sopra indicata e il canale di comunicazione della piattaforma MEPA.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</w:p>
    <w:p w:rsidR="008C412B" w:rsidRPr="00DC2FF3" w:rsidRDefault="00D16E19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i/>
          <w:color w:val="auto"/>
          <w:lang w:val="it-IT"/>
        </w:rPr>
        <w:t>Luogo e data, [__________]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</w:p>
    <w:p w:rsidR="008C412B" w:rsidRPr="00DC2FF3" w:rsidRDefault="008C412B" w:rsidP="008C412B">
      <w:pPr>
        <w:jc w:val="both"/>
        <w:rPr>
          <w:rFonts w:asciiTheme="minorHAnsi" w:hAnsiTheme="minorHAnsi"/>
          <w:b/>
          <w:color w:val="auto"/>
          <w:lang w:val="it-IT"/>
        </w:rPr>
      </w:pPr>
      <w:r w:rsidRPr="00DC2FF3">
        <w:rPr>
          <w:rFonts w:asciiTheme="minorHAnsi" w:hAnsiTheme="minorHAnsi"/>
          <w:b/>
          <w:color w:val="auto"/>
          <w:lang w:val="it-IT"/>
        </w:rPr>
        <w:t>FIRME DIGITALI: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_____________________________________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(Il Legale Rappresentante della Mandataria/Capogruppo)</w:t>
      </w: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</w:p>
    <w:p w:rsidR="008C412B" w:rsidRPr="00DC2FF3" w:rsidRDefault="008C412B" w:rsidP="008C412B">
      <w:pPr>
        <w:jc w:val="both"/>
        <w:rPr>
          <w:rFonts w:asciiTheme="minorHAnsi" w:hAnsiTheme="minorHAnsi"/>
          <w:color w:val="auto"/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_____________________________________</w:t>
      </w:r>
    </w:p>
    <w:p w:rsidR="00BF10F9" w:rsidRPr="00DC2FF3" w:rsidRDefault="008C412B" w:rsidP="008C412B">
      <w:pPr>
        <w:jc w:val="both"/>
        <w:rPr>
          <w:lang w:val="it-IT"/>
        </w:rPr>
      </w:pPr>
      <w:r w:rsidRPr="00DC2FF3">
        <w:rPr>
          <w:rFonts w:asciiTheme="minorHAnsi" w:hAnsiTheme="minorHAnsi"/>
          <w:color w:val="auto"/>
          <w:lang w:val="it-IT"/>
        </w:rPr>
        <w:t>(Il Legale Rappresentante della Mandante 1)</w:t>
      </w:r>
    </w:p>
    <w:sectPr w:rsidR="00BF10F9" w:rsidRPr="00DC2FF3" w:rsidSect="003A6988">
      <w:headerReference w:type="default" r:id="rId8"/>
      <w:pgSz w:w="12240" w:h="15840"/>
      <w:pgMar w:top="239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23A" w:rsidRDefault="0024023A" w:rsidP="003A6988">
      <w:pPr>
        <w:spacing w:after="0" w:line="240" w:lineRule="auto"/>
      </w:pPr>
      <w:r>
        <w:separator/>
      </w:r>
    </w:p>
  </w:endnote>
  <w:endnote w:type="continuationSeparator" w:id="0">
    <w:p w:rsidR="0024023A" w:rsidRDefault="0024023A" w:rsidP="003A6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23A" w:rsidRDefault="0024023A" w:rsidP="003A6988">
      <w:pPr>
        <w:spacing w:after="0" w:line="240" w:lineRule="auto"/>
      </w:pPr>
      <w:r>
        <w:separator/>
      </w:r>
    </w:p>
  </w:footnote>
  <w:footnote w:type="continuationSeparator" w:id="0">
    <w:p w:rsidR="0024023A" w:rsidRDefault="0024023A" w:rsidP="003A6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988" w:rsidRDefault="003A6988">
    <w:pPr>
      <w:pStyle w:val="Intestazione"/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28B80B9" wp14:editId="6CD62EEB">
              <wp:simplePos x="0" y="0"/>
              <wp:positionH relativeFrom="column">
                <wp:posOffset>508958</wp:posOffset>
              </wp:positionH>
              <wp:positionV relativeFrom="paragraph">
                <wp:posOffset>437251</wp:posOffset>
              </wp:positionV>
              <wp:extent cx="5214620" cy="428625"/>
              <wp:effectExtent l="0" t="0" r="508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4620" cy="428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6988" w:rsidRPr="00DC2FF3" w:rsidRDefault="003A6988" w:rsidP="003A6988">
                          <w:pPr>
                            <w:spacing w:after="0"/>
                            <w:jc w:val="center"/>
                            <w:rPr>
                              <w:rFonts w:ascii="Baskerville Old Face" w:hAnsi="Baskerville Old Face"/>
                              <w:i/>
                              <w:spacing w:val="20"/>
                              <w:sz w:val="48"/>
                              <w:szCs w:val="50"/>
                              <w:lang w:val="it-IT"/>
                            </w:rPr>
                          </w:pPr>
                          <w:r w:rsidRPr="00DC2FF3">
                            <w:rPr>
                              <w:rFonts w:ascii="Baskerville Old Face" w:hAnsi="Baskerville Old Face"/>
                              <w:i/>
                              <w:spacing w:val="20"/>
                              <w:sz w:val="24"/>
                              <w:szCs w:val="50"/>
                              <w:lang w:val="it-IT"/>
                            </w:rPr>
                            <w:t>Area Informatizzazione, Supporto Gare e Contratti, Ricerca Fondi</w:t>
                          </w:r>
                        </w:p>
                        <w:p w:rsidR="003A6988" w:rsidRDefault="003A6988" w:rsidP="003A6988">
                          <w:pPr>
                            <w:spacing w:after="0" w:line="120" w:lineRule="exact"/>
                            <w:jc w:val="center"/>
                            <w:rPr>
                              <w:rFonts w:ascii="Times New Roman" w:hAnsi="Times New Roman" w:cs="Times New Roman"/>
                              <w:spacing w:val="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8B80B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1pt;margin-top:34.45pt;width:410.6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9/SggIAAA8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" stroked="f">
              <v:textbox>
                <w:txbxContent>
                  <w:p w:rsidR="003A6988" w:rsidRPr="00DC2FF3" w:rsidRDefault="003A6988" w:rsidP="003A6988">
                    <w:pPr>
                      <w:spacing w:after="0"/>
                      <w:jc w:val="center"/>
                      <w:rPr>
                        <w:rFonts w:ascii="Baskerville Old Face" w:hAnsi="Baskerville Old Face"/>
                        <w:i/>
                        <w:spacing w:val="20"/>
                        <w:sz w:val="48"/>
                        <w:szCs w:val="50"/>
                        <w:lang w:val="it-IT"/>
                      </w:rPr>
                    </w:pPr>
                    <w:r w:rsidRPr="00DC2FF3">
                      <w:rPr>
                        <w:rFonts w:ascii="Baskerville Old Face" w:hAnsi="Baskerville Old Face"/>
                        <w:i/>
                        <w:spacing w:val="20"/>
                        <w:sz w:val="24"/>
                        <w:szCs w:val="50"/>
                        <w:lang w:val="it-IT"/>
                      </w:rPr>
                      <w:t>Area Informatizzazione, Supporto Gare e Contratti, Ricerca Fondi</w:t>
                    </w:r>
                  </w:p>
                  <w:p w:rsidR="003A6988" w:rsidRDefault="003A6988" w:rsidP="003A6988">
                    <w:pPr>
                      <w:spacing w:after="0" w:line="120" w:lineRule="exact"/>
                      <w:jc w:val="center"/>
                      <w:rPr>
                        <w:rFonts w:ascii="Times New Roman" w:hAnsi="Times New Roman" w:cs="Times New Roman"/>
                        <w:spacing w:val="4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41F636" wp14:editId="328F4471">
              <wp:simplePos x="0" y="0"/>
              <wp:positionH relativeFrom="column">
                <wp:posOffset>508958</wp:posOffset>
              </wp:positionH>
              <wp:positionV relativeFrom="paragraph">
                <wp:posOffset>-362309</wp:posOffset>
              </wp:positionV>
              <wp:extent cx="5214620" cy="714375"/>
              <wp:effectExtent l="0" t="0" r="5080" b="9525"/>
              <wp:wrapNone/>
              <wp:docPr id="3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4620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6988" w:rsidRPr="00DC2FF3" w:rsidRDefault="003A6988" w:rsidP="003A6988">
                          <w:pPr>
                            <w:spacing w:after="0"/>
                            <w:jc w:val="center"/>
                            <w:rPr>
                              <w:rFonts w:ascii="Baskerville Old Face" w:hAnsi="Baskerville Old Face"/>
                              <w:b/>
                              <w:spacing w:val="20"/>
                              <w:sz w:val="50"/>
                              <w:szCs w:val="50"/>
                              <w:lang w:val="it-IT"/>
                            </w:rPr>
                          </w:pPr>
                          <w:r w:rsidRPr="00DC2FF3">
                            <w:rPr>
                              <w:rFonts w:ascii="Baskerville Old Face" w:hAnsi="Baskerville Old Face"/>
                              <w:b/>
                              <w:spacing w:val="20"/>
                              <w:sz w:val="50"/>
                              <w:szCs w:val="50"/>
                              <w:lang w:val="it-IT"/>
                            </w:rPr>
                            <w:t>CITTÀ DI NOCERA SUPERIORE</w:t>
                          </w:r>
                        </w:p>
                        <w:p w:rsidR="003A6988" w:rsidRPr="00DC2FF3" w:rsidRDefault="003A6988" w:rsidP="003A6988">
                          <w:pPr>
                            <w:spacing w:after="0" w:line="80" w:lineRule="atLeast"/>
                            <w:jc w:val="center"/>
                            <w:rPr>
                              <w:rFonts w:ascii="Times New Roman" w:hAnsi="Times New Roman" w:cs="Times New Roman"/>
                              <w:spacing w:val="40"/>
                              <w:lang w:val="it-IT"/>
                            </w:rPr>
                          </w:pPr>
                          <w:r w:rsidRPr="00DC2FF3">
                            <w:rPr>
                              <w:rFonts w:ascii="Times New Roman" w:hAnsi="Times New Roman" w:cs="Times New Roman"/>
                              <w:spacing w:val="40"/>
                              <w:lang w:val="it-IT"/>
                            </w:rPr>
                            <w:t>(Provincia di Salerno)</w:t>
                          </w:r>
                        </w:p>
                        <w:p w:rsidR="003A6988" w:rsidRPr="00DC2FF3" w:rsidRDefault="003A6988" w:rsidP="003A6988">
                          <w:pPr>
                            <w:spacing w:after="0" w:line="120" w:lineRule="exact"/>
                            <w:jc w:val="center"/>
                            <w:rPr>
                              <w:rFonts w:ascii="Times New Roman" w:hAnsi="Times New Roman" w:cs="Times New Roman"/>
                              <w:spacing w:val="40"/>
                              <w:lang w:val="it-IT"/>
                            </w:rPr>
                          </w:pPr>
                          <w:r w:rsidRPr="00DC2FF3">
                            <w:rPr>
                              <w:rFonts w:ascii="Times New Roman" w:hAnsi="Times New Roman" w:cs="Times New Roman"/>
                              <w:spacing w:val="40"/>
                              <w:lang w:val="it-IT"/>
                            </w:rPr>
                            <w:t>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941F636" id="_x0000_s1027" type="#_x0000_t202" style="position:absolute;margin-left:40.1pt;margin-top:-28.55pt;width:410.6pt;height:5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Ewqhg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" stroked="f">
              <v:textbox>
                <w:txbxContent>
                  <w:p w:rsidR="003A6988" w:rsidRPr="00DC2FF3" w:rsidRDefault="003A6988" w:rsidP="003A6988">
                    <w:pPr>
                      <w:spacing w:after="0"/>
                      <w:jc w:val="center"/>
                      <w:rPr>
                        <w:rFonts w:ascii="Baskerville Old Face" w:hAnsi="Baskerville Old Face"/>
                        <w:b/>
                        <w:spacing w:val="20"/>
                        <w:sz w:val="50"/>
                        <w:szCs w:val="50"/>
                        <w:lang w:val="it-IT"/>
                      </w:rPr>
                    </w:pPr>
                    <w:r w:rsidRPr="00DC2FF3">
                      <w:rPr>
                        <w:rFonts w:ascii="Baskerville Old Face" w:hAnsi="Baskerville Old Face"/>
                        <w:b/>
                        <w:spacing w:val="20"/>
                        <w:sz w:val="50"/>
                        <w:szCs w:val="50"/>
                        <w:lang w:val="it-IT"/>
                      </w:rPr>
                      <w:t>CITTÀ DI NOCERA SUPERIORE</w:t>
                    </w:r>
                  </w:p>
                  <w:p w:rsidR="003A6988" w:rsidRPr="00DC2FF3" w:rsidRDefault="003A6988" w:rsidP="003A6988">
                    <w:pPr>
                      <w:spacing w:after="0" w:line="80" w:lineRule="atLeast"/>
                      <w:jc w:val="center"/>
                      <w:rPr>
                        <w:rFonts w:ascii="Times New Roman" w:hAnsi="Times New Roman" w:cs="Times New Roman"/>
                        <w:spacing w:val="40"/>
                        <w:lang w:val="it-IT"/>
                      </w:rPr>
                    </w:pPr>
                    <w:r w:rsidRPr="00DC2FF3">
                      <w:rPr>
                        <w:rFonts w:ascii="Times New Roman" w:hAnsi="Times New Roman" w:cs="Times New Roman"/>
                        <w:spacing w:val="40"/>
                        <w:lang w:val="it-IT"/>
                      </w:rPr>
                      <w:t>(Provincia di Salerno)</w:t>
                    </w:r>
                  </w:p>
                  <w:p w:rsidR="003A6988" w:rsidRPr="00DC2FF3" w:rsidRDefault="003A6988" w:rsidP="003A6988">
                    <w:pPr>
                      <w:spacing w:after="0" w:line="120" w:lineRule="exact"/>
                      <w:jc w:val="center"/>
                      <w:rPr>
                        <w:rFonts w:ascii="Times New Roman" w:hAnsi="Times New Roman" w:cs="Times New Roman"/>
                        <w:spacing w:val="40"/>
                        <w:lang w:val="it-IT"/>
                      </w:rPr>
                    </w:pPr>
                    <w:r w:rsidRPr="00DC2FF3">
                      <w:rPr>
                        <w:rFonts w:ascii="Times New Roman" w:hAnsi="Times New Roman" w:cs="Times New Roman"/>
                        <w:spacing w:val="40"/>
                        <w:lang w:val="it-IT"/>
                      </w:rPr>
                      <w:t>________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it-IT" w:eastAsia="it-IT"/>
      </w:rPr>
      <w:drawing>
        <wp:anchor distT="0" distB="0" distL="114300" distR="114300" simplePos="0" relativeHeight="251659264" behindDoc="0" locked="0" layoutInCell="1" allowOverlap="1" wp14:anchorId="0C19C21A" wp14:editId="5338232E">
          <wp:simplePos x="0" y="0"/>
          <wp:positionH relativeFrom="column">
            <wp:posOffset>-525600</wp:posOffset>
          </wp:positionH>
          <wp:positionV relativeFrom="paragraph">
            <wp:posOffset>-362225</wp:posOffset>
          </wp:positionV>
          <wp:extent cx="715992" cy="928918"/>
          <wp:effectExtent l="0" t="0" r="8255" b="5080"/>
          <wp:wrapNone/>
          <wp:docPr id="1" name="Immagine 1" descr="http://upload.wikimedia.org/wikipedia/it/e/e3/Nocera_Superiore-Stemm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pload.wikimedia.org/wikipedia/it/e/e3/Nocera_Superiore-Stemma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992" cy="9289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1EE458F"/>
    <w:multiLevelType w:val="hybridMultilevel"/>
    <w:tmpl w:val="687685B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53DCFB"/>
    <w:multiLevelType w:val="hybridMultilevel"/>
    <w:tmpl w:val="C33671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08DF5B"/>
    <w:multiLevelType w:val="hybridMultilevel"/>
    <w:tmpl w:val="3AEDC7C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4D4604A"/>
    <w:multiLevelType w:val="hybridMultilevel"/>
    <w:tmpl w:val="95B683D6"/>
    <w:lvl w:ilvl="0" w:tplc="FFFFFFFF">
      <w:start w:val="1"/>
      <w:numFmt w:val="bullet"/>
      <w:lvlText w:val="•"/>
      <w:lvlJc w:val="left"/>
    </w:lvl>
    <w:lvl w:ilvl="1" w:tplc="59ADEEE0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E0C20BA"/>
    <w:multiLevelType w:val="hybridMultilevel"/>
    <w:tmpl w:val="330F465D"/>
    <w:lvl w:ilvl="0" w:tplc="FFFFFFFF">
      <w:start w:val="1"/>
      <w:numFmt w:val="bullet"/>
      <w:lvlText w:val="•"/>
      <w:lvlJc w:val="left"/>
    </w:lvl>
    <w:lvl w:ilvl="1" w:tplc="1E5EA5EA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6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7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8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0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1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2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12C1ED3"/>
    <w:multiLevelType w:val="hybridMultilevel"/>
    <w:tmpl w:val="6730172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E98BB1"/>
    <w:multiLevelType w:val="hybridMultilevel"/>
    <w:tmpl w:val="48DBAA84"/>
    <w:lvl w:ilvl="0" w:tplc="FFFFFFFF">
      <w:start w:val="1"/>
      <w:numFmt w:val="bullet"/>
      <w:lvlText w:val="•"/>
      <w:lvlJc w:val="left"/>
    </w:lvl>
    <w:lvl w:ilvl="1" w:tplc="9EA9A924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10B064D0"/>
    <w:multiLevelType w:val="hybridMultilevel"/>
    <w:tmpl w:val="82C2CA96"/>
    <w:lvl w:ilvl="0" w:tplc="066CC742">
      <w:numFmt w:val="bullet"/>
      <w:lvlText w:val="-"/>
      <w:lvlJc w:val="left"/>
      <w:pPr>
        <w:ind w:left="861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7" w15:restartNumberingAfterBreak="0">
    <w:nsid w:val="113D041F"/>
    <w:multiLevelType w:val="hybridMultilevel"/>
    <w:tmpl w:val="5C5818B0"/>
    <w:lvl w:ilvl="0" w:tplc="C400C274">
      <w:numFmt w:val="bullet"/>
      <w:lvlText w:val="-"/>
      <w:lvlJc w:val="left"/>
      <w:pPr>
        <w:ind w:left="51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8" w15:restartNumberingAfterBreak="0">
    <w:nsid w:val="14B472BA"/>
    <w:multiLevelType w:val="hybridMultilevel"/>
    <w:tmpl w:val="209EA4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D1DE2D"/>
    <w:multiLevelType w:val="hybridMultilevel"/>
    <w:tmpl w:val="D61FADD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231990B6"/>
    <w:multiLevelType w:val="hybridMultilevel"/>
    <w:tmpl w:val="A322D1A0"/>
    <w:lvl w:ilvl="0" w:tplc="FFFFFFFF">
      <w:start w:val="1"/>
      <w:numFmt w:val="bullet"/>
      <w:lvlText w:val="•"/>
      <w:lvlJc w:val="left"/>
    </w:lvl>
    <w:lvl w:ilvl="1" w:tplc="0410000D">
      <w:start w:val="1"/>
      <w:numFmt w:val="bullet"/>
      <w:lvlText w:val=""/>
      <w:lvlJc w:val="left"/>
      <w:rPr>
        <w:rFonts w:ascii="Wingdings" w:hAnsi="Wingdings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27646767"/>
    <w:multiLevelType w:val="hybridMultilevel"/>
    <w:tmpl w:val="4B881648"/>
    <w:lvl w:ilvl="0" w:tplc="0410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22" w15:restartNumberingAfterBreak="0">
    <w:nsid w:val="2B4E1B0A"/>
    <w:multiLevelType w:val="hybridMultilevel"/>
    <w:tmpl w:val="1E60BAB8"/>
    <w:lvl w:ilvl="0" w:tplc="4F8866AA">
      <w:numFmt w:val="bullet"/>
      <w:lvlText w:val="•"/>
      <w:lvlJc w:val="left"/>
      <w:pPr>
        <w:ind w:left="793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23" w15:restartNumberingAfterBreak="0">
    <w:nsid w:val="2E540722"/>
    <w:multiLevelType w:val="hybridMultilevel"/>
    <w:tmpl w:val="D396A8E2"/>
    <w:lvl w:ilvl="0" w:tplc="9BD001F0">
      <w:numFmt w:val="bullet"/>
      <w:lvlText w:val="-"/>
      <w:lvlJc w:val="left"/>
      <w:pPr>
        <w:ind w:left="51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4" w15:restartNumberingAfterBreak="0">
    <w:nsid w:val="30655FD6"/>
    <w:multiLevelType w:val="hybridMultilevel"/>
    <w:tmpl w:val="A8D6B1F2"/>
    <w:lvl w:ilvl="0" w:tplc="3AD43DE4">
      <w:numFmt w:val="bullet"/>
      <w:lvlText w:val="•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4318CA"/>
    <w:multiLevelType w:val="hybridMultilevel"/>
    <w:tmpl w:val="7D2C960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6A39BD"/>
    <w:multiLevelType w:val="hybridMultilevel"/>
    <w:tmpl w:val="B454958E"/>
    <w:lvl w:ilvl="0" w:tplc="066CC7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25A68F"/>
    <w:multiLevelType w:val="hybridMultilevel"/>
    <w:tmpl w:val="C99B95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63A9064F"/>
    <w:multiLevelType w:val="hybridMultilevel"/>
    <w:tmpl w:val="8954EA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846D08"/>
    <w:multiLevelType w:val="hybridMultilevel"/>
    <w:tmpl w:val="6E06D289"/>
    <w:lvl w:ilvl="0" w:tplc="FFFFFFFF">
      <w:start w:val="1"/>
      <w:numFmt w:val="bullet"/>
      <w:lvlText w:val="•"/>
      <w:lvlJc w:val="left"/>
    </w:lvl>
    <w:lvl w:ilvl="1" w:tplc="A3688AC3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6F8F1EF9"/>
    <w:multiLevelType w:val="hybridMultilevel"/>
    <w:tmpl w:val="1382B12E"/>
    <w:lvl w:ilvl="0" w:tplc="4F8866AA">
      <w:numFmt w:val="bullet"/>
      <w:lvlText w:val="•"/>
      <w:lvlJc w:val="left"/>
      <w:pPr>
        <w:ind w:left="644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6F921243"/>
    <w:multiLevelType w:val="hybridMultilevel"/>
    <w:tmpl w:val="84C61C6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8B5511"/>
    <w:multiLevelType w:val="hybridMultilevel"/>
    <w:tmpl w:val="0ED66DE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1B6F23"/>
    <w:multiLevelType w:val="hybridMultilevel"/>
    <w:tmpl w:val="B7165F42"/>
    <w:lvl w:ilvl="0" w:tplc="0410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7A1E2000"/>
    <w:multiLevelType w:val="hybridMultilevel"/>
    <w:tmpl w:val="9C5051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9"/>
  </w:num>
  <w:num w:numId="5">
    <w:abstractNumId w:val="12"/>
  </w:num>
  <w:num w:numId="6">
    <w:abstractNumId w:val="8"/>
  </w:num>
  <w:num w:numId="7">
    <w:abstractNumId w:val="7"/>
  </w:num>
  <w:num w:numId="8">
    <w:abstractNumId w:val="6"/>
  </w:num>
  <w:num w:numId="9">
    <w:abstractNumId w:val="5"/>
  </w:num>
  <w:num w:numId="10">
    <w:abstractNumId w:val="18"/>
  </w:num>
  <w:num w:numId="11">
    <w:abstractNumId w:val="24"/>
  </w:num>
  <w:num w:numId="12">
    <w:abstractNumId w:val="3"/>
  </w:num>
  <w:num w:numId="13">
    <w:abstractNumId w:val="27"/>
  </w:num>
  <w:num w:numId="14">
    <w:abstractNumId w:val="29"/>
  </w:num>
  <w:num w:numId="15">
    <w:abstractNumId w:val="1"/>
  </w:num>
  <w:num w:numId="16">
    <w:abstractNumId w:val="4"/>
  </w:num>
  <w:num w:numId="17">
    <w:abstractNumId w:val="20"/>
  </w:num>
  <w:num w:numId="18">
    <w:abstractNumId w:val="0"/>
  </w:num>
  <w:num w:numId="19">
    <w:abstractNumId w:val="2"/>
  </w:num>
  <w:num w:numId="20">
    <w:abstractNumId w:val="19"/>
  </w:num>
  <w:num w:numId="21">
    <w:abstractNumId w:val="15"/>
  </w:num>
  <w:num w:numId="22">
    <w:abstractNumId w:val="28"/>
  </w:num>
  <w:num w:numId="23">
    <w:abstractNumId w:val="25"/>
  </w:num>
  <w:num w:numId="24">
    <w:abstractNumId w:val="31"/>
  </w:num>
  <w:num w:numId="25">
    <w:abstractNumId w:val="32"/>
  </w:num>
  <w:num w:numId="26">
    <w:abstractNumId w:val="14"/>
  </w:num>
  <w:num w:numId="27">
    <w:abstractNumId w:val="33"/>
  </w:num>
  <w:num w:numId="28">
    <w:abstractNumId w:val="30"/>
  </w:num>
  <w:num w:numId="29">
    <w:abstractNumId w:val="22"/>
  </w:num>
  <w:num w:numId="30">
    <w:abstractNumId w:val="21"/>
  </w:num>
  <w:num w:numId="31">
    <w:abstractNumId w:val="17"/>
  </w:num>
  <w:num w:numId="32">
    <w:abstractNumId w:val="34"/>
  </w:num>
  <w:num w:numId="33">
    <w:abstractNumId w:val="26"/>
  </w:num>
  <w:num w:numId="34">
    <w:abstractNumId w:val="16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22121"/>
    <w:rsid w:val="00034616"/>
    <w:rsid w:val="0006063C"/>
    <w:rsid w:val="00076AB5"/>
    <w:rsid w:val="000A0B4B"/>
    <w:rsid w:val="000E4C15"/>
    <w:rsid w:val="00106410"/>
    <w:rsid w:val="00126C50"/>
    <w:rsid w:val="0015074B"/>
    <w:rsid w:val="0024023A"/>
    <w:rsid w:val="00275AE4"/>
    <w:rsid w:val="0029639D"/>
    <w:rsid w:val="002E6E3F"/>
    <w:rsid w:val="00326F90"/>
    <w:rsid w:val="003A6988"/>
    <w:rsid w:val="00417DC8"/>
    <w:rsid w:val="00595CCE"/>
    <w:rsid w:val="005E2906"/>
    <w:rsid w:val="00623B37"/>
    <w:rsid w:val="00733016"/>
    <w:rsid w:val="00793BBF"/>
    <w:rsid w:val="00793EDA"/>
    <w:rsid w:val="007B21AE"/>
    <w:rsid w:val="008C412B"/>
    <w:rsid w:val="008D00DE"/>
    <w:rsid w:val="008E1233"/>
    <w:rsid w:val="00942096"/>
    <w:rsid w:val="009759DA"/>
    <w:rsid w:val="00AA1D8D"/>
    <w:rsid w:val="00B47730"/>
    <w:rsid w:val="00BF10F9"/>
    <w:rsid w:val="00BF78F4"/>
    <w:rsid w:val="00C75B63"/>
    <w:rsid w:val="00CB0664"/>
    <w:rsid w:val="00CC12BE"/>
    <w:rsid w:val="00CE3848"/>
    <w:rsid w:val="00D16E19"/>
    <w:rsid w:val="00DC2FF3"/>
    <w:rsid w:val="00E665B8"/>
    <w:rsid w:val="00EC6C8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614B151"/>
  <w14:defaultImageDpi w14:val="330"/>
  <w15:docId w15:val="{99AFD694-825E-4F67-BEA7-C2DD76A70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C693F"/>
    <w:rPr>
      <w:rFonts w:ascii="Calibri" w:hAnsi="Calibri"/>
      <w:color w:val="333333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llegamentoipertestuale">
    <w:name w:val="Hyperlink"/>
    <w:basedOn w:val="Carpredefinitoparagrafo"/>
    <w:uiPriority w:val="99"/>
    <w:unhideWhenUsed/>
    <w:rsid w:val="00275A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35FF04-F9FB-408C-911A-2F4977980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4470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Marco Volpe</cp:lastModifiedBy>
  <cp:revision>4</cp:revision>
  <dcterms:created xsi:type="dcterms:W3CDTF">2026-10-19T11:04:00Z</dcterms:created>
  <dcterms:modified xsi:type="dcterms:W3CDTF">2026-10-19T11:38:00Z</dcterms:modified>
  <cp:category/>
</cp:coreProperties>
</file>